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58B1" w14:textId="77777777" w:rsidR="007E4FF9" w:rsidRDefault="007E4FF9">
      <w:pPr>
        <w:jc w:val="center"/>
        <w:rPr>
          <w:b/>
          <w:color w:val="1F4E78"/>
          <w:sz w:val="44"/>
          <w:lang w:val="de-AT"/>
        </w:rPr>
      </w:pPr>
    </w:p>
    <w:p w14:paraId="73445DD4" w14:textId="1CAD7912" w:rsidR="00507A11" w:rsidRPr="001213B6" w:rsidRDefault="001213B6">
      <w:pPr>
        <w:jc w:val="center"/>
        <w:rPr>
          <w:lang w:val="de-AT"/>
        </w:rPr>
      </w:pPr>
      <w:r>
        <w:rPr>
          <w:b/>
          <w:color w:val="1F4E78"/>
          <w:sz w:val="44"/>
          <w:lang w:val="de-AT"/>
        </w:rPr>
        <w:t>ANTRA</w:t>
      </w:r>
      <w:r w:rsidR="00145834" w:rsidRPr="001213B6">
        <w:rPr>
          <w:b/>
          <w:color w:val="1F4E78"/>
          <w:sz w:val="44"/>
          <w:lang w:val="de-AT"/>
        </w:rPr>
        <w:t>GSFORMULAR</w:t>
      </w:r>
    </w:p>
    <w:p w14:paraId="66A13E44" w14:textId="77777777" w:rsidR="00371F7F" w:rsidRDefault="00371F7F" w:rsidP="00026336">
      <w:pPr>
        <w:jc w:val="center"/>
        <w:rPr>
          <w:b/>
          <w:bCs/>
          <w:lang w:val="de-AT"/>
        </w:rPr>
      </w:pPr>
    </w:p>
    <w:p w14:paraId="20D082AE" w14:textId="0F91C78E" w:rsidR="00507A11" w:rsidRPr="001213B6" w:rsidRDefault="001D2A1C" w:rsidP="00026336">
      <w:pPr>
        <w:jc w:val="center"/>
        <w:rPr>
          <w:b/>
          <w:bCs/>
          <w:lang w:val="de-AT"/>
        </w:rPr>
      </w:pPr>
      <w:r w:rsidRPr="001213B6">
        <w:rPr>
          <w:b/>
          <w:bCs/>
          <w:lang w:val="de-AT"/>
        </w:rPr>
        <w:t xml:space="preserve">"Präsentation einer technologischen Lösung für Pilotprojekte im </w:t>
      </w:r>
      <w:r w:rsidR="00706D94" w:rsidRPr="001213B6">
        <w:rPr>
          <w:b/>
          <w:bCs/>
          <w:lang w:val="de-AT"/>
        </w:rPr>
        <w:t xml:space="preserve">Projekt </w:t>
      </w:r>
      <w:r w:rsidRPr="001213B6">
        <w:rPr>
          <w:b/>
          <w:bCs/>
          <w:lang w:val="de-AT"/>
        </w:rPr>
        <w:t>MEDICONET"</w:t>
      </w:r>
    </w:p>
    <w:p w14:paraId="1A9D2468" w14:textId="77777777" w:rsidR="007E4FF9" w:rsidRDefault="007E4FF9" w:rsidP="00026336">
      <w:pPr>
        <w:jc w:val="both"/>
        <w:rPr>
          <w:b/>
          <w:bCs/>
          <w:lang w:val="de-AT"/>
        </w:rPr>
      </w:pPr>
    </w:p>
    <w:p w14:paraId="7A322001" w14:textId="15F95E23" w:rsidR="00507A11" w:rsidRDefault="00145834" w:rsidP="00026336">
      <w:pPr>
        <w:jc w:val="both"/>
        <w:rPr>
          <w:lang w:val="de-AT"/>
        </w:rPr>
      </w:pPr>
      <w:r w:rsidRPr="001213B6">
        <w:rPr>
          <w:b/>
          <w:bCs/>
          <w:lang w:val="de-AT"/>
        </w:rPr>
        <w:t>Anleitung:</w:t>
      </w:r>
      <w:r w:rsidRPr="001213B6">
        <w:rPr>
          <w:lang w:val="de-AT"/>
        </w:rPr>
        <w:t xml:space="preserve"> Füllen Sie für jede Lösung ein Antragsformular aus, speichern Sie es als PDF und senden Sie es über den Weblink ein. Für jede Lösung können Sie zusätzliche Materialien anhängen (Bilder, Beschreibungen, Videos ...). Fügen Sie keine Patienteninformationen hinzu. Mit einem Sternchen markierte Punkte sind verpflichtend.</w:t>
      </w:r>
    </w:p>
    <w:p w14:paraId="2DFADFF9" w14:textId="77777777" w:rsidR="007E4FF9" w:rsidRPr="001213B6" w:rsidRDefault="007E4FF9" w:rsidP="00026336">
      <w:pPr>
        <w:jc w:val="both"/>
        <w:rPr>
          <w:lang w:val="de-AT"/>
        </w:rPr>
      </w:pPr>
    </w:p>
    <w:p w14:paraId="7002BB8C" w14:textId="5C04E9C7" w:rsidR="00507A11" w:rsidRPr="001213B6" w:rsidRDefault="00145834">
      <w:pPr>
        <w:pStyle w:val="Naslov1"/>
        <w:rPr>
          <w:lang w:val="de-AT"/>
        </w:rPr>
      </w:pPr>
      <w:r w:rsidRPr="001213B6">
        <w:rPr>
          <w:lang w:val="de-AT"/>
        </w:rPr>
        <w:t>A. Unternehmen und Kontakt*</w:t>
      </w:r>
    </w:p>
    <w:p w14:paraId="33E1ED5C" w14:textId="43895028" w:rsidR="00507A11" w:rsidRPr="001213B6" w:rsidRDefault="00145834">
      <w:pPr>
        <w:keepNext/>
        <w:spacing w:after="20"/>
        <w:rPr>
          <w:lang w:val="de-AT"/>
        </w:rPr>
      </w:pPr>
      <w:r w:rsidRPr="001213B6">
        <w:rPr>
          <w:b/>
          <w:color w:val="1F4E78"/>
          <w:lang w:val="de-AT"/>
        </w:rPr>
        <w:t xml:space="preserve">A1. Firmenname </w:t>
      </w:r>
    </w:p>
    <w:p w14:paraId="7D5BB3DE" w14:textId="2F627E1F" w:rsidR="00507A11" w:rsidRPr="001213B6" w:rsidRDefault="00CB6A98">
      <w:pPr>
        <w:spacing w:after="20"/>
        <w:rPr>
          <w:lang w:val="de-AT"/>
        </w:rPr>
      </w:pPr>
      <w:sdt>
        <w:sdtPr>
          <w:rPr>
            <w:lang w:val="de-AT"/>
          </w:rPr>
          <w:id w:val="1397011335"/>
          <w:placeholder>
            <w:docPart w:val="DefaultPlaceholder_-1854013440"/>
          </w:placeholder>
          <w:showingPlcHdr/>
        </w:sdtPr>
        <w:sdtEndPr/>
        <w:sdtContent>
          <w:r w:rsidR="00B44005" w:rsidRPr="001213B6">
            <w:rPr>
              <w:rStyle w:val="Besedilooznabemesta"/>
              <w:lang w:val="de-AT"/>
            </w:rPr>
            <w:t xml:space="preserve">   Klicken Sie oder tippen Sie hier, um den Text einzugeben. </w:t>
          </w:r>
        </w:sdtContent>
      </w:sdt>
    </w:p>
    <w:p w14:paraId="71FD9D87" w14:textId="77777777" w:rsidR="00B44005" w:rsidRPr="001213B6" w:rsidRDefault="00B44005">
      <w:pPr>
        <w:keepNext/>
        <w:spacing w:after="20"/>
        <w:rPr>
          <w:b/>
          <w:color w:val="1F4E78"/>
          <w:lang w:val="de-AT"/>
        </w:rPr>
      </w:pPr>
    </w:p>
    <w:p w14:paraId="4210367F" w14:textId="05D4F8B5" w:rsidR="00507A11" w:rsidRPr="001213B6" w:rsidRDefault="00145834">
      <w:pPr>
        <w:keepNext/>
        <w:spacing w:after="20"/>
        <w:rPr>
          <w:lang w:val="de-AT"/>
        </w:rPr>
      </w:pPr>
      <w:r w:rsidRPr="001213B6">
        <w:rPr>
          <w:b/>
          <w:color w:val="1F4E78"/>
          <w:lang w:val="de-AT"/>
        </w:rPr>
        <w:t>A2. Titel</w:t>
      </w:r>
    </w:p>
    <w:p w14:paraId="030780E1" w14:textId="2BBC9B7B" w:rsidR="00507A11" w:rsidRPr="001213B6" w:rsidRDefault="00CB6A98">
      <w:pPr>
        <w:spacing w:after="20"/>
        <w:rPr>
          <w:lang w:val="de-AT"/>
        </w:rPr>
      </w:pPr>
      <w:sdt>
        <w:sdtPr>
          <w:rPr>
            <w:lang w:val="de-AT"/>
          </w:rPr>
          <w:id w:val="-1008515427"/>
          <w:placeholder>
            <w:docPart w:val="563B85EA6D374FE18DD25DBA799B09EB"/>
          </w:placeholder>
          <w:showingPlcHdr/>
        </w:sdtPr>
        <w:sdtEndPr/>
        <w:sdtContent>
          <w:r w:rsidR="00B44005" w:rsidRPr="001213B6">
            <w:rPr>
              <w:rStyle w:val="Besedilooznabemesta"/>
              <w:lang w:val="de-AT"/>
            </w:rPr>
            <w:t xml:space="preserve">   Klicken Sie oder tippen Sie hier, um den Text einzugeben. </w:t>
          </w:r>
        </w:sdtContent>
      </w:sdt>
    </w:p>
    <w:p w14:paraId="1A9253F6" w14:textId="77777777" w:rsidR="00B44005" w:rsidRPr="001213B6" w:rsidRDefault="00B44005">
      <w:pPr>
        <w:keepNext/>
        <w:spacing w:after="20"/>
        <w:rPr>
          <w:b/>
          <w:color w:val="1F4E78"/>
          <w:lang w:val="de-AT"/>
        </w:rPr>
      </w:pPr>
    </w:p>
    <w:p w14:paraId="51E7E9F1" w14:textId="5655F9FD" w:rsidR="00507A11" w:rsidRPr="001213B6" w:rsidRDefault="00145834">
      <w:pPr>
        <w:keepNext/>
        <w:spacing w:after="20"/>
        <w:rPr>
          <w:lang w:val="de-AT"/>
        </w:rPr>
      </w:pPr>
      <w:r w:rsidRPr="001213B6">
        <w:rPr>
          <w:b/>
          <w:color w:val="1F4E78"/>
          <w:lang w:val="de-AT"/>
        </w:rPr>
        <w:t xml:space="preserve">A3. Kontaktperson   </w:t>
      </w:r>
      <w:r w:rsidRPr="001213B6">
        <w:rPr>
          <w:i/>
          <w:lang w:val="de-AT"/>
        </w:rPr>
        <w:t xml:space="preserve"> Name, Funktion, Geschäfts-E-Mail-Adresse, Telefonnummer</w:t>
      </w:r>
    </w:p>
    <w:p w14:paraId="1BEFE4EC" w14:textId="2E2757F7" w:rsidR="00507A11" w:rsidRPr="001213B6" w:rsidRDefault="00CB6A98" w:rsidP="00B44005">
      <w:pPr>
        <w:spacing w:after="20"/>
        <w:rPr>
          <w:lang w:val="de-AT"/>
        </w:rPr>
      </w:pPr>
      <w:sdt>
        <w:sdtPr>
          <w:rPr>
            <w:lang w:val="de-AT"/>
          </w:rPr>
          <w:id w:val="1298258210"/>
          <w:placeholder>
            <w:docPart w:val="003F452DBCF34FAB81904F2ED23891E9"/>
          </w:placeholder>
          <w:showingPlcHdr/>
        </w:sdtPr>
        <w:sdtEndPr/>
        <w:sdtContent>
          <w:r w:rsidR="00B44005" w:rsidRPr="001213B6">
            <w:rPr>
              <w:rStyle w:val="Besedilooznabemesta"/>
              <w:lang w:val="de-AT"/>
            </w:rPr>
            <w:t xml:space="preserve">   Klicken Sie oder tippen Sie hier, um den Text einzugeben. </w:t>
          </w:r>
        </w:sdtContent>
      </w:sdt>
    </w:p>
    <w:p w14:paraId="6E6D2486" w14:textId="77777777" w:rsidR="007E4FF9" w:rsidRDefault="007E4FF9">
      <w:pPr>
        <w:pStyle w:val="Naslov1"/>
        <w:rPr>
          <w:lang w:val="de-AT"/>
        </w:rPr>
      </w:pPr>
    </w:p>
    <w:p w14:paraId="5D2DF086" w14:textId="198A6C65" w:rsidR="00507A11" w:rsidRPr="001213B6" w:rsidRDefault="00145834">
      <w:pPr>
        <w:pStyle w:val="Naslov1"/>
        <w:rPr>
          <w:lang w:val="de-AT"/>
        </w:rPr>
      </w:pPr>
      <w:r w:rsidRPr="001213B6">
        <w:rPr>
          <w:lang w:val="de-AT"/>
        </w:rPr>
        <w:t>B. Präsentation der Lösung *</w:t>
      </w:r>
    </w:p>
    <w:p w14:paraId="467126C3" w14:textId="2BDA0D83" w:rsidR="00507A11" w:rsidRPr="001213B6" w:rsidRDefault="00145834">
      <w:pPr>
        <w:keepNext/>
        <w:spacing w:after="20"/>
        <w:rPr>
          <w:lang w:val="de-AT"/>
        </w:rPr>
      </w:pPr>
      <w:r w:rsidRPr="001213B6">
        <w:rPr>
          <w:b/>
          <w:color w:val="1F4E78"/>
          <w:lang w:val="de-AT"/>
        </w:rPr>
        <w:t xml:space="preserve">B1. Lösungsname </w:t>
      </w:r>
    </w:p>
    <w:p w14:paraId="7DE8D7C2" w14:textId="222F8D92" w:rsidR="00507A11" w:rsidRPr="001213B6" w:rsidRDefault="00CB6A98">
      <w:pPr>
        <w:spacing w:after="20"/>
        <w:rPr>
          <w:lang w:val="de-AT"/>
        </w:rPr>
      </w:pPr>
      <w:sdt>
        <w:sdtPr>
          <w:rPr>
            <w:lang w:val="de-AT"/>
          </w:rPr>
          <w:id w:val="-81537102"/>
          <w:placeholder>
            <w:docPart w:val="8F48F7B66A8D48C9A7CF828E805C9A9D"/>
          </w:placeholder>
          <w:showingPlcHdr/>
        </w:sdtPr>
        <w:sdtEndPr/>
        <w:sdtContent>
          <w:r w:rsidR="001A0D30" w:rsidRPr="001213B6">
            <w:rPr>
              <w:rStyle w:val="Besedilooznabemesta"/>
              <w:lang w:val="de-AT"/>
            </w:rPr>
            <w:t xml:space="preserve">   Klicken Sie oder tippen Sie hier, um den Text einzugeben. </w:t>
          </w:r>
        </w:sdtContent>
      </w:sdt>
    </w:p>
    <w:p w14:paraId="7060A67D" w14:textId="77777777" w:rsidR="001A0D30" w:rsidRPr="001213B6" w:rsidRDefault="001A0D30">
      <w:pPr>
        <w:keepNext/>
        <w:spacing w:after="20"/>
        <w:rPr>
          <w:b/>
          <w:color w:val="1F4E78"/>
          <w:lang w:val="de-AT"/>
        </w:rPr>
      </w:pPr>
    </w:p>
    <w:p w14:paraId="68AA3445" w14:textId="6005BB38" w:rsidR="00507A11" w:rsidRPr="001213B6" w:rsidRDefault="00145834">
      <w:pPr>
        <w:keepNext/>
        <w:spacing w:after="20"/>
        <w:rPr>
          <w:lang w:val="de-AT"/>
        </w:rPr>
      </w:pPr>
      <w:r w:rsidRPr="001213B6">
        <w:rPr>
          <w:b/>
          <w:color w:val="1F4E78"/>
          <w:lang w:val="de-AT"/>
        </w:rPr>
        <w:t xml:space="preserve">B2. Eine kurze Zusammenfassung </w:t>
      </w:r>
      <w:r w:rsidRPr="001213B6">
        <w:rPr>
          <w:i/>
          <w:lang w:val="de-AT"/>
        </w:rPr>
        <w:t xml:space="preserve"> </w:t>
      </w:r>
      <w:r w:rsidR="006B0628">
        <w:rPr>
          <w:i/>
          <w:lang w:val="de-AT"/>
        </w:rPr>
        <w:t xml:space="preserve"> </w:t>
      </w:r>
      <w:r w:rsidRPr="001213B6">
        <w:rPr>
          <w:i/>
          <w:lang w:val="de-AT"/>
        </w:rPr>
        <w:t>bis zu 1000 Zeichen</w:t>
      </w:r>
    </w:p>
    <w:p w14:paraId="32FAF46E" w14:textId="2A9265C7" w:rsidR="00507A11" w:rsidRPr="001213B6" w:rsidRDefault="00CB6A98" w:rsidP="001A0D30">
      <w:pPr>
        <w:spacing w:after="20"/>
        <w:rPr>
          <w:lang w:val="de-AT"/>
        </w:rPr>
      </w:pPr>
      <w:sdt>
        <w:sdtPr>
          <w:rPr>
            <w:lang w:val="de-AT"/>
          </w:rPr>
          <w:id w:val="991212201"/>
          <w:placeholder>
            <w:docPart w:val="A51B0ECCDD354425A293E98B376E6F3C"/>
          </w:placeholder>
          <w:showingPlcHdr/>
        </w:sdtPr>
        <w:sdtEndPr/>
        <w:sdtContent>
          <w:r w:rsidR="001A0D30" w:rsidRPr="001213B6">
            <w:rPr>
              <w:rStyle w:val="Besedilooznabemesta"/>
              <w:lang w:val="de-AT"/>
            </w:rPr>
            <w:t xml:space="preserve">   Klicken Sie oder tippen Sie hier, um den Text einzugeben. </w:t>
          </w:r>
        </w:sdtContent>
      </w:sdt>
    </w:p>
    <w:p w14:paraId="24C8A07A" w14:textId="77777777" w:rsidR="001A0D30" w:rsidRPr="001213B6" w:rsidRDefault="001A0D30">
      <w:pPr>
        <w:keepNext/>
        <w:spacing w:after="20"/>
        <w:rPr>
          <w:b/>
          <w:color w:val="1F4E78"/>
          <w:lang w:val="de-AT"/>
        </w:rPr>
      </w:pPr>
    </w:p>
    <w:p w14:paraId="425890B2" w14:textId="7B684CD6" w:rsidR="00507A11" w:rsidRPr="001213B6" w:rsidRDefault="00145834">
      <w:pPr>
        <w:keepNext/>
        <w:spacing w:after="20"/>
        <w:rPr>
          <w:lang w:val="de-AT"/>
        </w:rPr>
      </w:pPr>
      <w:r w:rsidRPr="001213B6">
        <w:rPr>
          <w:b/>
          <w:color w:val="1F4E78"/>
          <w:lang w:val="de-AT"/>
        </w:rPr>
        <w:t>B</w:t>
      </w:r>
      <w:r w:rsidR="007E4FF9">
        <w:rPr>
          <w:b/>
          <w:color w:val="1F4E78"/>
          <w:lang w:val="de-AT"/>
        </w:rPr>
        <w:t>3</w:t>
      </w:r>
      <w:r w:rsidRPr="001213B6">
        <w:rPr>
          <w:b/>
          <w:color w:val="1F4E78"/>
          <w:lang w:val="de-AT"/>
        </w:rPr>
        <w:t xml:space="preserve">. Welches Problem im Gesundheitswesen adressiert die Lösung? </w:t>
      </w:r>
    </w:p>
    <w:p w14:paraId="6BEA5C8F" w14:textId="3CB263DE" w:rsidR="00507A11" w:rsidRPr="001213B6" w:rsidRDefault="00CB6A98" w:rsidP="001A0D30">
      <w:pPr>
        <w:spacing w:after="20"/>
        <w:rPr>
          <w:lang w:val="de-AT"/>
        </w:rPr>
      </w:pPr>
      <w:sdt>
        <w:sdtPr>
          <w:rPr>
            <w:lang w:val="de-AT"/>
          </w:rPr>
          <w:id w:val="678936118"/>
          <w:placeholder>
            <w:docPart w:val="10DC0F2265274FE6A2C6B8C24027AFE7"/>
          </w:placeholder>
          <w:showingPlcHdr/>
        </w:sdtPr>
        <w:sdtEndPr/>
        <w:sdtContent>
          <w:r w:rsidR="001A0D30" w:rsidRPr="001213B6">
            <w:rPr>
              <w:rStyle w:val="Besedilooznabemesta"/>
              <w:lang w:val="de-AT"/>
            </w:rPr>
            <w:t xml:space="preserve">   Klicken Sie oder tippen Sie hier, um den Text einzugeben. </w:t>
          </w:r>
        </w:sdtContent>
      </w:sdt>
    </w:p>
    <w:p w14:paraId="349C8D6F" w14:textId="77777777" w:rsidR="001A0D30" w:rsidRPr="001213B6" w:rsidRDefault="001A0D30">
      <w:pPr>
        <w:keepNext/>
        <w:spacing w:after="20"/>
        <w:rPr>
          <w:b/>
          <w:color w:val="1F4E78"/>
          <w:lang w:val="de-AT"/>
        </w:rPr>
      </w:pPr>
    </w:p>
    <w:p w14:paraId="18EDD1EA" w14:textId="45BC7BBA" w:rsidR="00507A11" w:rsidRPr="001213B6" w:rsidRDefault="00145834">
      <w:pPr>
        <w:keepNext/>
        <w:spacing w:after="20"/>
        <w:rPr>
          <w:lang w:val="de-AT"/>
        </w:rPr>
      </w:pPr>
      <w:r w:rsidRPr="001213B6">
        <w:rPr>
          <w:b/>
          <w:color w:val="1F4E78"/>
          <w:lang w:val="de-AT"/>
        </w:rPr>
        <w:t>B</w:t>
      </w:r>
      <w:r w:rsidR="007E4FF9">
        <w:rPr>
          <w:b/>
          <w:color w:val="1F4E78"/>
          <w:lang w:val="de-AT"/>
        </w:rPr>
        <w:t>4</w:t>
      </w:r>
      <w:r w:rsidRPr="001213B6">
        <w:rPr>
          <w:b/>
          <w:color w:val="1F4E78"/>
          <w:lang w:val="de-AT"/>
        </w:rPr>
        <w:t xml:space="preserve">. Wie funktioniert die Lösung? </w:t>
      </w:r>
      <w:r w:rsidRPr="001213B6">
        <w:rPr>
          <w:i/>
          <w:lang w:val="de-AT"/>
        </w:rPr>
        <w:t xml:space="preserve">  Beschreiben Sie es einfach aus der Sicht des Nutzers</w:t>
      </w:r>
    </w:p>
    <w:p w14:paraId="57D8DF26" w14:textId="7076FA45" w:rsidR="00507A11" w:rsidRPr="001213B6" w:rsidRDefault="00CB6A98" w:rsidP="001A0D30">
      <w:pPr>
        <w:spacing w:after="20"/>
        <w:rPr>
          <w:lang w:val="de-AT"/>
        </w:rPr>
      </w:pPr>
      <w:sdt>
        <w:sdtPr>
          <w:rPr>
            <w:lang w:val="de-AT"/>
          </w:rPr>
          <w:id w:val="-2084820678"/>
          <w:placeholder>
            <w:docPart w:val="E0BAE629C3CD411E9B2F89C996D3DDA7"/>
          </w:placeholder>
          <w:showingPlcHdr/>
        </w:sdtPr>
        <w:sdtEndPr/>
        <w:sdtContent>
          <w:r w:rsidR="001A0D30" w:rsidRPr="001213B6">
            <w:rPr>
              <w:rStyle w:val="Besedilooznabemesta"/>
              <w:lang w:val="de-AT"/>
            </w:rPr>
            <w:t xml:space="preserve">   Klicken Sie oder tippen Sie hier, um den Text einzugeben. </w:t>
          </w:r>
        </w:sdtContent>
      </w:sdt>
    </w:p>
    <w:p w14:paraId="7248C069" w14:textId="77777777" w:rsidR="001A0D30" w:rsidRPr="001213B6" w:rsidRDefault="001A0D30">
      <w:pPr>
        <w:keepNext/>
        <w:spacing w:after="20"/>
        <w:rPr>
          <w:b/>
          <w:color w:val="1F4E78"/>
          <w:lang w:val="de-AT"/>
        </w:rPr>
      </w:pPr>
    </w:p>
    <w:p w14:paraId="35F5A6C6" w14:textId="2EA572C9" w:rsidR="00507A11" w:rsidRPr="001213B6" w:rsidRDefault="00145834">
      <w:pPr>
        <w:keepNext/>
        <w:spacing w:after="20"/>
        <w:rPr>
          <w:lang w:val="de-AT"/>
        </w:rPr>
      </w:pPr>
      <w:r w:rsidRPr="001213B6">
        <w:rPr>
          <w:b/>
          <w:color w:val="1F4E78"/>
          <w:lang w:val="de-AT"/>
        </w:rPr>
        <w:t>B</w:t>
      </w:r>
      <w:r w:rsidR="007E4FF9">
        <w:rPr>
          <w:b/>
          <w:color w:val="1F4E78"/>
          <w:lang w:val="de-AT"/>
        </w:rPr>
        <w:t>5</w:t>
      </w:r>
      <w:r w:rsidRPr="001213B6">
        <w:rPr>
          <w:b/>
          <w:color w:val="1F4E78"/>
          <w:lang w:val="de-AT"/>
        </w:rPr>
        <w:t xml:space="preserve">. Wer sind die vorgesehenen Nutzer? </w:t>
      </w:r>
      <w:r w:rsidRPr="001213B6">
        <w:rPr>
          <w:i/>
          <w:lang w:val="de-AT"/>
        </w:rPr>
        <w:t xml:space="preserve">  z. B. medizinisches Personal, Verwaltung, Patienten</w:t>
      </w:r>
    </w:p>
    <w:p w14:paraId="589D8E38" w14:textId="40599012" w:rsidR="00507A11" w:rsidRPr="001213B6" w:rsidRDefault="00CB6A98" w:rsidP="001A0D30">
      <w:pPr>
        <w:spacing w:after="20"/>
        <w:rPr>
          <w:lang w:val="de-AT"/>
        </w:rPr>
      </w:pPr>
      <w:sdt>
        <w:sdtPr>
          <w:rPr>
            <w:lang w:val="de-AT"/>
          </w:rPr>
          <w:id w:val="232053614"/>
          <w:placeholder>
            <w:docPart w:val="82FD60D412184005A3B029CD8C7DD40E"/>
          </w:placeholder>
          <w:showingPlcHdr/>
        </w:sdtPr>
        <w:sdtEndPr/>
        <w:sdtContent>
          <w:r w:rsidR="001A0D30" w:rsidRPr="001213B6">
            <w:rPr>
              <w:rStyle w:val="Besedilooznabemesta"/>
              <w:lang w:val="de-AT"/>
            </w:rPr>
            <w:t xml:space="preserve">   Klicken Sie oder tippen Sie hier, um den Text einzugeben. </w:t>
          </w:r>
        </w:sdtContent>
      </w:sdt>
    </w:p>
    <w:p w14:paraId="167EF1FF" w14:textId="77777777" w:rsidR="00F36344" w:rsidRPr="001213B6" w:rsidRDefault="00F36344">
      <w:pPr>
        <w:pStyle w:val="Naslov1"/>
        <w:rPr>
          <w:sz w:val="16"/>
          <w:szCs w:val="16"/>
          <w:lang w:val="de-AT"/>
        </w:rPr>
      </w:pPr>
    </w:p>
    <w:p w14:paraId="5F0FC026" w14:textId="77777777" w:rsidR="00F36344" w:rsidRDefault="00F36344" w:rsidP="00F36344">
      <w:pPr>
        <w:rPr>
          <w:lang w:val="de-AT"/>
        </w:rPr>
      </w:pPr>
    </w:p>
    <w:p w14:paraId="6064AF9D" w14:textId="77777777" w:rsidR="00371F7F" w:rsidRPr="00371F7F" w:rsidRDefault="00371F7F">
      <w:pPr>
        <w:pStyle w:val="Naslov1"/>
        <w:rPr>
          <w:sz w:val="16"/>
          <w:szCs w:val="16"/>
          <w:lang w:val="de-AT"/>
        </w:rPr>
      </w:pPr>
    </w:p>
    <w:p w14:paraId="2F65CE1D" w14:textId="157263A0" w:rsidR="00507A11" w:rsidRPr="001213B6" w:rsidRDefault="00145834">
      <w:pPr>
        <w:pStyle w:val="Naslov1"/>
        <w:rPr>
          <w:lang w:val="de-AT"/>
        </w:rPr>
      </w:pPr>
      <w:r w:rsidRPr="001213B6">
        <w:rPr>
          <w:lang w:val="de-AT"/>
        </w:rPr>
        <w:t xml:space="preserve">C. Reife und </w:t>
      </w:r>
      <w:r w:rsidR="00990EE2">
        <w:rPr>
          <w:lang w:val="de-AT"/>
        </w:rPr>
        <w:t>bi</w:t>
      </w:r>
      <w:r w:rsidR="00B869B6">
        <w:rPr>
          <w:lang w:val="de-AT"/>
        </w:rPr>
        <w:t>sherige</w:t>
      </w:r>
      <w:r w:rsidRPr="001213B6">
        <w:rPr>
          <w:lang w:val="de-AT"/>
        </w:rPr>
        <w:t xml:space="preserve"> Verwendung*</w:t>
      </w:r>
    </w:p>
    <w:p w14:paraId="6FA10B38" w14:textId="6D380343" w:rsidR="00507A11" w:rsidRPr="001213B6" w:rsidRDefault="00145834">
      <w:pPr>
        <w:rPr>
          <w:b/>
          <w:color w:val="1F4E78"/>
          <w:lang w:val="de-AT"/>
        </w:rPr>
      </w:pPr>
      <w:r w:rsidRPr="001213B6">
        <w:rPr>
          <w:b/>
          <w:color w:val="1F4E78"/>
          <w:lang w:val="de-AT"/>
        </w:rPr>
        <w:t xml:space="preserve">C1. Aktueller Reifegrad </w:t>
      </w:r>
    </w:p>
    <w:p w14:paraId="103857A3" w14:textId="725ECB76" w:rsidR="00507A11" w:rsidRPr="001213B6" w:rsidRDefault="00CB6A98" w:rsidP="00250A0F">
      <w:pPr>
        <w:pStyle w:val="Oznaenseznam"/>
        <w:numPr>
          <w:ilvl w:val="0"/>
          <w:numId w:val="0"/>
        </w:numPr>
        <w:spacing w:after="20"/>
        <w:ind w:left="360"/>
        <w:rPr>
          <w:lang w:val="de-AT"/>
        </w:rPr>
      </w:pPr>
      <w:sdt>
        <w:sdtPr>
          <w:rPr>
            <w:lang w:val="de-AT"/>
          </w:rPr>
          <w:id w:val="-1909758409"/>
          <w14:checkbox>
            <w14:checked w14:val="0"/>
            <w14:checkedState w14:val="2612" w14:font="MS Gothic"/>
            <w14:uncheckedState w14:val="2610" w14:font="MS Gothic"/>
          </w14:checkbox>
        </w:sdtPr>
        <w:sdtEndPr/>
        <w:sdtContent>
          <w:r w:rsidR="00250A0F" w:rsidRPr="001213B6">
            <w:rPr>
              <w:rFonts w:ascii="MS Gothic" w:eastAsia="MS Gothic" w:hAnsi="MS Gothic"/>
              <w:lang w:val="de-AT"/>
            </w:rPr>
            <w:t xml:space="preserve">   ☐ </w:t>
          </w:r>
        </w:sdtContent>
      </w:sdt>
      <w:r w:rsidR="00250A0F" w:rsidRPr="001213B6">
        <w:rPr>
          <w:lang w:val="de-AT"/>
        </w:rPr>
        <w:t xml:space="preserve">  Konzept oder früher Prototyp</w:t>
      </w:r>
    </w:p>
    <w:p w14:paraId="74AC81CA" w14:textId="77777777" w:rsidR="005952A3" w:rsidRPr="001213B6" w:rsidRDefault="005952A3" w:rsidP="00250A0F">
      <w:pPr>
        <w:pStyle w:val="Oznaenseznam"/>
        <w:numPr>
          <w:ilvl w:val="0"/>
          <w:numId w:val="0"/>
        </w:numPr>
        <w:spacing w:after="20"/>
        <w:ind w:left="360"/>
        <w:rPr>
          <w:lang w:val="de-AT"/>
        </w:rPr>
      </w:pPr>
    </w:p>
    <w:p w14:paraId="5C86B818" w14:textId="3EBB0E76" w:rsidR="00507A11" w:rsidRPr="001213B6" w:rsidRDefault="00CB6A98" w:rsidP="00250A0F">
      <w:pPr>
        <w:pStyle w:val="Oznaenseznam"/>
        <w:numPr>
          <w:ilvl w:val="0"/>
          <w:numId w:val="0"/>
        </w:numPr>
        <w:spacing w:after="20"/>
        <w:ind w:left="360"/>
        <w:rPr>
          <w:lang w:val="de-AT"/>
        </w:rPr>
      </w:pPr>
      <w:sdt>
        <w:sdtPr>
          <w:rPr>
            <w:lang w:val="de-AT"/>
          </w:rPr>
          <w:id w:val="-1651208376"/>
          <w14:checkbox>
            <w14:checked w14:val="0"/>
            <w14:checkedState w14:val="2612" w14:font="MS Gothic"/>
            <w14:uncheckedState w14:val="2610" w14:font="MS Gothic"/>
          </w14:checkbox>
        </w:sdtPr>
        <w:sdtEndPr/>
        <w:sdtContent>
          <w:r w:rsidR="00250A0F" w:rsidRPr="001213B6">
            <w:rPr>
              <w:rFonts w:ascii="MS Gothic" w:eastAsia="MS Gothic" w:hAnsi="MS Gothic"/>
              <w:lang w:val="de-AT"/>
            </w:rPr>
            <w:t xml:space="preserve">   ☐ </w:t>
          </w:r>
        </w:sdtContent>
      </w:sdt>
      <w:r w:rsidR="00250A0F" w:rsidRPr="001213B6">
        <w:rPr>
          <w:lang w:val="de-AT"/>
        </w:rPr>
        <w:t xml:space="preserve">  Ein funktionierender Prototyp.</w:t>
      </w:r>
    </w:p>
    <w:p w14:paraId="1846CE97" w14:textId="77777777" w:rsidR="005952A3" w:rsidRPr="001213B6" w:rsidRDefault="005952A3" w:rsidP="00250A0F">
      <w:pPr>
        <w:pStyle w:val="Oznaenseznam"/>
        <w:numPr>
          <w:ilvl w:val="0"/>
          <w:numId w:val="0"/>
        </w:numPr>
        <w:spacing w:after="20"/>
        <w:ind w:left="360"/>
        <w:rPr>
          <w:lang w:val="de-AT"/>
        </w:rPr>
      </w:pPr>
    </w:p>
    <w:p w14:paraId="37514D2E" w14:textId="4938FC36" w:rsidR="00507A11" w:rsidRPr="001213B6" w:rsidRDefault="00CB6A98" w:rsidP="00250A0F">
      <w:pPr>
        <w:pStyle w:val="Oznaenseznam"/>
        <w:numPr>
          <w:ilvl w:val="0"/>
          <w:numId w:val="0"/>
        </w:numPr>
        <w:spacing w:after="20"/>
        <w:ind w:left="360"/>
        <w:rPr>
          <w:lang w:val="de-AT"/>
        </w:rPr>
      </w:pPr>
      <w:sdt>
        <w:sdtPr>
          <w:rPr>
            <w:lang w:val="de-AT"/>
          </w:rPr>
          <w:id w:val="-464665836"/>
          <w14:checkbox>
            <w14:checked w14:val="0"/>
            <w14:checkedState w14:val="2612" w14:font="MS Gothic"/>
            <w14:uncheckedState w14:val="2610" w14:font="MS Gothic"/>
          </w14:checkbox>
        </w:sdtPr>
        <w:sdtEndPr/>
        <w:sdtContent>
          <w:r w:rsidR="00250A0F" w:rsidRPr="001213B6">
            <w:rPr>
              <w:rFonts w:ascii="MS Gothic" w:eastAsia="MS Gothic" w:hAnsi="MS Gothic"/>
              <w:lang w:val="de-AT"/>
            </w:rPr>
            <w:t xml:space="preserve">   ☐ </w:t>
          </w:r>
        </w:sdtContent>
      </w:sdt>
      <w:r w:rsidR="00250A0F" w:rsidRPr="001213B6">
        <w:rPr>
          <w:lang w:val="de-AT"/>
        </w:rPr>
        <w:t xml:space="preserve">  Die Lösung wurde erprobt</w:t>
      </w:r>
    </w:p>
    <w:p w14:paraId="4105C328" w14:textId="77777777" w:rsidR="005952A3" w:rsidRPr="001213B6" w:rsidRDefault="005952A3" w:rsidP="00250A0F">
      <w:pPr>
        <w:pStyle w:val="Oznaenseznam"/>
        <w:numPr>
          <w:ilvl w:val="0"/>
          <w:numId w:val="0"/>
        </w:numPr>
        <w:spacing w:after="20"/>
        <w:ind w:left="360"/>
        <w:rPr>
          <w:lang w:val="de-AT"/>
        </w:rPr>
      </w:pPr>
    </w:p>
    <w:p w14:paraId="450ABD18" w14:textId="211325A3" w:rsidR="00507A11" w:rsidRPr="001213B6" w:rsidRDefault="00CB6A98" w:rsidP="00250A0F">
      <w:pPr>
        <w:pStyle w:val="Oznaenseznam"/>
        <w:numPr>
          <w:ilvl w:val="0"/>
          <w:numId w:val="0"/>
        </w:numPr>
        <w:spacing w:after="20"/>
        <w:ind w:left="360"/>
        <w:rPr>
          <w:lang w:val="de-AT"/>
        </w:rPr>
      </w:pPr>
      <w:sdt>
        <w:sdtPr>
          <w:rPr>
            <w:lang w:val="de-AT"/>
          </w:rPr>
          <w:id w:val="346910060"/>
          <w14:checkbox>
            <w14:checked w14:val="0"/>
            <w14:checkedState w14:val="2612" w14:font="MS Gothic"/>
            <w14:uncheckedState w14:val="2610" w14:font="MS Gothic"/>
          </w14:checkbox>
        </w:sdtPr>
        <w:sdtEndPr/>
        <w:sdtContent>
          <w:r w:rsidR="00250A0F" w:rsidRPr="001213B6">
            <w:rPr>
              <w:rFonts w:ascii="MS Gothic" w:eastAsia="MS Gothic" w:hAnsi="MS Gothic"/>
              <w:lang w:val="de-AT"/>
            </w:rPr>
            <w:t xml:space="preserve">   ☐ </w:t>
          </w:r>
        </w:sdtContent>
      </w:sdt>
      <w:r w:rsidR="00250A0F" w:rsidRPr="001213B6">
        <w:rPr>
          <w:lang w:val="de-AT"/>
        </w:rPr>
        <w:t xml:space="preserve">  Die Lösung wird in der Produktion eingesetzt</w:t>
      </w:r>
    </w:p>
    <w:p w14:paraId="7DDB1663" w14:textId="77777777" w:rsidR="001A0D30" w:rsidRPr="001213B6" w:rsidRDefault="001A0D30">
      <w:pPr>
        <w:keepNext/>
        <w:spacing w:after="20"/>
        <w:rPr>
          <w:b/>
          <w:color w:val="1F4E78"/>
          <w:lang w:val="de-AT"/>
        </w:rPr>
      </w:pPr>
    </w:p>
    <w:p w14:paraId="48052453" w14:textId="3013ACDB" w:rsidR="00507A11" w:rsidRPr="001213B6" w:rsidRDefault="00145834">
      <w:pPr>
        <w:keepNext/>
        <w:spacing w:after="20"/>
        <w:rPr>
          <w:lang w:val="de-AT"/>
        </w:rPr>
      </w:pPr>
      <w:r w:rsidRPr="001213B6">
        <w:rPr>
          <w:b/>
          <w:color w:val="1F4E78"/>
          <w:lang w:val="de-AT"/>
        </w:rPr>
        <w:t>C2. Wo wurde die Lösung bereits verwendet oder getestet?</w:t>
      </w:r>
      <w:r w:rsidRPr="001213B6">
        <w:rPr>
          <w:i/>
          <w:lang w:val="de-AT"/>
        </w:rPr>
        <w:t xml:space="preserve">  Gib nicht mehr als drei Referenzen an oder schreibe "noch nicht"</w:t>
      </w:r>
    </w:p>
    <w:p w14:paraId="084F5F7E" w14:textId="3E34C6BD" w:rsidR="00507A11" w:rsidRPr="001213B6" w:rsidRDefault="00CB6A98">
      <w:pPr>
        <w:spacing w:after="20"/>
        <w:rPr>
          <w:lang w:val="de-AT"/>
        </w:rPr>
      </w:pPr>
      <w:sdt>
        <w:sdtPr>
          <w:rPr>
            <w:lang w:val="de-AT"/>
          </w:rPr>
          <w:id w:val="167529309"/>
          <w:placeholder>
            <w:docPart w:val="71B6E921D2E9474297C8460019125335"/>
          </w:placeholder>
          <w:showingPlcHdr/>
        </w:sdtPr>
        <w:sdtEndPr/>
        <w:sdtContent>
          <w:r w:rsidR="001A0D30" w:rsidRPr="001213B6">
            <w:rPr>
              <w:rStyle w:val="Besedilooznabemesta"/>
              <w:lang w:val="de-AT"/>
            </w:rPr>
            <w:t xml:space="preserve">   Klicken Sie oder tippen Sie hier, um den Text einzugeben. </w:t>
          </w:r>
        </w:sdtContent>
      </w:sdt>
    </w:p>
    <w:p w14:paraId="30BA2356" w14:textId="77777777" w:rsidR="001A0D30" w:rsidRPr="001213B6" w:rsidRDefault="001A0D30">
      <w:pPr>
        <w:keepNext/>
        <w:spacing w:after="20"/>
        <w:rPr>
          <w:b/>
          <w:color w:val="1F4E78"/>
          <w:lang w:val="de-AT"/>
        </w:rPr>
      </w:pPr>
    </w:p>
    <w:p w14:paraId="6B421071" w14:textId="32C0EAC3" w:rsidR="00507A11" w:rsidRPr="001213B6" w:rsidRDefault="00145834">
      <w:pPr>
        <w:keepNext/>
        <w:spacing w:after="20"/>
        <w:rPr>
          <w:lang w:val="de-AT"/>
        </w:rPr>
      </w:pPr>
      <w:r w:rsidRPr="001213B6">
        <w:rPr>
          <w:b/>
          <w:color w:val="1F4E78"/>
          <w:lang w:val="de-AT"/>
        </w:rPr>
        <w:t xml:space="preserve">C3. Welche Effekte wurden erzielt oder erwarten Sie?  </w:t>
      </w:r>
      <w:r w:rsidRPr="001213B6">
        <w:rPr>
          <w:i/>
          <w:lang w:val="de-AT"/>
        </w:rPr>
        <w:t xml:space="preserve">  Geben Sie 2-4 konkrete Indikatoren an, falls bekannt.</w:t>
      </w:r>
    </w:p>
    <w:p w14:paraId="2FB1ED09" w14:textId="58A2471D" w:rsidR="0085297C" w:rsidRPr="003032B6" w:rsidRDefault="00CB6A98" w:rsidP="003032B6">
      <w:pPr>
        <w:spacing w:after="20"/>
        <w:rPr>
          <w:lang w:val="de-AT"/>
        </w:rPr>
      </w:pPr>
      <w:sdt>
        <w:sdtPr>
          <w:rPr>
            <w:lang w:val="de-AT"/>
          </w:rPr>
          <w:id w:val="2137292165"/>
          <w:placeholder>
            <w:docPart w:val="D0CD9968B15C4EA6A889A7208FF810D7"/>
          </w:placeholder>
          <w:showingPlcHdr/>
        </w:sdtPr>
        <w:sdtEndPr/>
        <w:sdtContent>
          <w:r w:rsidR="001A0D30" w:rsidRPr="001213B6">
            <w:rPr>
              <w:rStyle w:val="Besedilooznabemesta"/>
              <w:lang w:val="de-AT"/>
            </w:rPr>
            <w:t xml:space="preserve">   Klicken Sie oder tippen Sie hier, um den Text einzugeben. </w:t>
          </w:r>
        </w:sdtContent>
      </w:sdt>
    </w:p>
    <w:p w14:paraId="46DCA39D" w14:textId="7DB8B8EB" w:rsidR="00507A11" w:rsidRPr="001213B6" w:rsidRDefault="00145834">
      <w:pPr>
        <w:pStyle w:val="Naslov1"/>
        <w:rPr>
          <w:lang w:val="de-AT"/>
        </w:rPr>
      </w:pPr>
      <w:r w:rsidRPr="001213B6">
        <w:rPr>
          <w:lang w:val="de-AT"/>
        </w:rPr>
        <w:t xml:space="preserve">D. Aussicht </w:t>
      </w:r>
      <w:proofErr w:type="gramStart"/>
      <w:r w:rsidR="003032B6" w:rsidRPr="001213B6">
        <w:rPr>
          <w:lang w:val="de-AT"/>
        </w:rPr>
        <w:t>auf eine</w:t>
      </w:r>
      <w:r w:rsidR="00164A80">
        <w:rPr>
          <w:lang w:val="de-AT"/>
        </w:rPr>
        <w:t>n</w:t>
      </w:r>
      <w:r w:rsidR="003032B6" w:rsidRPr="001213B6">
        <w:rPr>
          <w:lang w:val="de-AT"/>
        </w:rPr>
        <w:t xml:space="preserve"> zukünftigen Pilotprojekt</w:t>
      </w:r>
      <w:proofErr w:type="gramEnd"/>
    </w:p>
    <w:p w14:paraId="197D94E1" w14:textId="2EC3AB91" w:rsidR="00507A11" w:rsidRPr="001213B6" w:rsidRDefault="00145834">
      <w:pPr>
        <w:keepNext/>
        <w:spacing w:after="20"/>
        <w:rPr>
          <w:lang w:val="de-AT"/>
        </w:rPr>
      </w:pPr>
      <w:r w:rsidRPr="001213B6">
        <w:rPr>
          <w:b/>
          <w:color w:val="1F4E78"/>
          <w:lang w:val="de-AT"/>
        </w:rPr>
        <w:t>D1. Was wäre sinnvoll, beim Pilot</w:t>
      </w:r>
      <w:r w:rsidR="008A505C">
        <w:rPr>
          <w:b/>
          <w:color w:val="1F4E78"/>
          <w:lang w:val="de-AT"/>
        </w:rPr>
        <w:t>projekt</w:t>
      </w:r>
      <w:r w:rsidRPr="001213B6">
        <w:rPr>
          <w:b/>
          <w:color w:val="1F4E78"/>
          <w:lang w:val="de-AT"/>
        </w:rPr>
        <w:t xml:space="preserve"> nachzufragen? *</w:t>
      </w:r>
    </w:p>
    <w:p w14:paraId="5AD6DCCE" w14:textId="4CE72F00" w:rsidR="00507A11" w:rsidRPr="001213B6" w:rsidRDefault="00CB6A98" w:rsidP="001A0D30">
      <w:pPr>
        <w:spacing w:after="20"/>
        <w:rPr>
          <w:lang w:val="de-AT"/>
        </w:rPr>
      </w:pPr>
      <w:sdt>
        <w:sdtPr>
          <w:rPr>
            <w:lang w:val="de-AT"/>
          </w:rPr>
          <w:id w:val="-1699618731"/>
          <w:placeholder>
            <w:docPart w:val="0996F0A7841F497AB594E63416180206"/>
          </w:placeholder>
          <w:showingPlcHdr/>
        </w:sdtPr>
        <w:sdtEndPr/>
        <w:sdtContent>
          <w:r w:rsidR="001A0D30" w:rsidRPr="001213B6">
            <w:rPr>
              <w:rStyle w:val="Besedilooznabemesta"/>
              <w:lang w:val="de-AT"/>
            </w:rPr>
            <w:t xml:space="preserve">   Klicken Sie oder tippen Sie hier, um den Text einzugeben. </w:t>
          </w:r>
        </w:sdtContent>
      </w:sdt>
    </w:p>
    <w:p w14:paraId="5803952B" w14:textId="77777777" w:rsidR="001A0D30" w:rsidRPr="001213B6" w:rsidRDefault="001A0D30" w:rsidP="001A0D30">
      <w:pPr>
        <w:spacing w:after="20"/>
        <w:rPr>
          <w:lang w:val="de-AT"/>
        </w:rPr>
      </w:pPr>
    </w:p>
    <w:p w14:paraId="7FE1B771" w14:textId="2A733E92" w:rsidR="00507A11" w:rsidRPr="001213B6" w:rsidRDefault="00145834">
      <w:pPr>
        <w:keepNext/>
        <w:spacing w:after="20"/>
        <w:rPr>
          <w:lang w:val="de-AT"/>
        </w:rPr>
      </w:pPr>
      <w:r w:rsidRPr="001213B6">
        <w:rPr>
          <w:b/>
          <w:color w:val="1F4E78"/>
          <w:lang w:val="de-AT"/>
        </w:rPr>
        <w:t xml:space="preserve">D2. Indikative Dauer und Ausdehnung des </w:t>
      </w:r>
      <w:r w:rsidR="008A505C" w:rsidRPr="001213B6">
        <w:rPr>
          <w:b/>
          <w:color w:val="1F4E78"/>
          <w:lang w:val="de-AT"/>
        </w:rPr>
        <w:t>Pilot</w:t>
      </w:r>
      <w:r w:rsidR="008A505C">
        <w:rPr>
          <w:b/>
          <w:color w:val="1F4E78"/>
          <w:lang w:val="de-AT"/>
        </w:rPr>
        <w:t>projekts</w:t>
      </w:r>
      <w:r w:rsidR="008A505C" w:rsidRPr="001213B6">
        <w:rPr>
          <w:b/>
          <w:color w:val="1F4E78"/>
          <w:lang w:val="de-AT"/>
        </w:rPr>
        <w:t xml:space="preserve">,  </w:t>
      </w:r>
      <w:r w:rsidRPr="001213B6">
        <w:rPr>
          <w:i/>
          <w:lang w:val="de-AT"/>
        </w:rPr>
        <w:t>falls bereits eine Schätzung möglich ist</w:t>
      </w:r>
    </w:p>
    <w:p w14:paraId="37E2A092" w14:textId="52320260" w:rsidR="00507A11" w:rsidRPr="001213B6" w:rsidRDefault="00CB6A98" w:rsidP="001A0D30">
      <w:pPr>
        <w:spacing w:after="20"/>
        <w:rPr>
          <w:lang w:val="de-AT"/>
        </w:rPr>
      </w:pPr>
      <w:sdt>
        <w:sdtPr>
          <w:rPr>
            <w:lang w:val="de-AT"/>
          </w:rPr>
          <w:id w:val="78249752"/>
          <w:placeholder>
            <w:docPart w:val="1BC4BE5A760249D59B61F800E4B24305"/>
          </w:placeholder>
          <w:showingPlcHdr/>
        </w:sdtPr>
        <w:sdtEndPr/>
        <w:sdtContent>
          <w:r w:rsidR="001A0D30" w:rsidRPr="001213B6">
            <w:rPr>
              <w:rStyle w:val="Besedilooznabemesta"/>
              <w:lang w:val="de-AT"/>
            </w:rPr>
            <w:t xml:space="preserve">   Klicken Sie oder tippen Sie hier, um den Text einzugeben. </w:t>
          </w:r>
        </w:sdtContent>
      </w:sdt>
    </w:p>
    <w:p w14:paraId="610970FA" w14:textId="77777777" w:rsidR="001A0D30" w:rsidRPr="001213B6" w:rsidRDefault="001A0D30">
      <w:pPr>
        <w:keepNext/>
        <w:spacing w:after="20"/>
        <w:rPr>
          <w:b/>
          <w:color w:val="1F4E78"/>
          <w:lang w:val="de-AT"/>
        </w:rPr>
      </w:pPr>
    </w:p>
    <w:p w14:paraId="0C36C4B4" w14:textId="3A06922A" w:rsidR="00507A11" w:rsidRPr="001213B6" w:rsidRDefault="00145834">
      <w:pPr>
        <w:keepNext/>
        <w:spacing w:after="20"/>
        <w:rPr>
          <w:lang w:val="de-AT"/>
        </w:rPr>
      </w:pPr>
      <w:r w:rsidRPr="001213B6">
        <w:rPr>
          <w:b/>
          <w:color w:val="1F4E78"/>
          <w:lang w:val="de-AT"/>
        </w:rPr>
        <w:t>D3. Was sollte eine medizinische Einrichtung bieten?</w:t>
      </w:r>
      <w:r w:rsidRPr="001213B6">
        <w:rPr>
          <w:i/>
          <w:lang w:val="de-AT"/>
        </w:rPr>
        <w:t xml:space="preserve">  Zum Beispiel Nutzer, Datenverbindungen, Ausrüstung, Team</w:t>
      </w:r>
      <w:r w:rsidR="00960F89">
        <w:rPr>
          <w:i/>
          <w:lang w:val="de-AT"/>
        </w:rPr>
        <w:t>-</w:t>
      </w:r>
      <w:r w:rsidRPr="001213B6">
        <w:rPr>
          <w:i/>
          <w:lang w:val="de-AT"/>
        </w:rPr>
        <w:t>zeit</w:t>
      </w:r>
    </w:p>
    <w:p w14:paraId="11758DFB" w14:textId="36B00249" w:rsidR="00507A11" w:rsidRPr="001213B6" w:rsidRDefault="00CB6A98" w:rsidP="001A0D30">
      <w:pPr>
        <w:spacing w:after="20"/>
        <w:rPr>
          <w:lang w:val="de-AT"/>
        </w:rPr>
      </w:pPr>
      <w:sdt>
        <w:sdtPr>
          <w:rPr>
            <w:lang w:val="de-AT"/>
          </w:rPr>
          <w:id w:val="591585084"/>
          <w:placeholder>
            <w:docPart w:val="D3B7786614454932979C62BBF93D6B7B"/>
          </w:placeholder>
          <w:showingPlcHdr/>
        </w:sdtPr>
        <w:sdtEndPr/>
        <w:sdtContent>
          <w:r w:rsidR="001A0D30" w:rsidRPr="001213B6">
            <w:rPr>
              <w:rStyle w:val="Besedilooznabemesta"/>
              <w:lang w:val="de-AT"/>
            </w:rPr>
            <w:t xml:space="preserve">   Klicken Sie oder tippen Sie hier, um den Text einzugeben. </w:t>
          </w:r>
        </w:sdtContent>
      </w:sdt>
    </w:p>
    <w:p w14:paraId="5105A01E" w14:textId="77777777" w:rsidR="001A0D30" w:rsidRPr="001213B6" w:rsidRDefault="001A0D30">
      <w:pPr>
        <w:keepNext/>
        <w:spacing w:after="20"/>
        <w:rPr>
          <w:b/>
          <w:color w:val="1F4E78"/>
          <w:lang w:val="de-AT"/>
        </w:rPr>
      </w:pPr>
    </w:p>
    <w:p w14:paraId="65D4822A" w14:textId="4EC5004F" w:rsidR="00507A11" w:rsidRPr="001213B6" w:rsidRDefault="00145834">
      <w:pPr>
        <w:keepNext/>
        <w:spacing w:after="20"/>
        <w:rPr>
          <w:lang w:val="de-AT"/>
        </w:rPr>
      </w:pPr>
      <w:r w:rsidRPr="001213B6">
        <w:rPr>
          <w:b/>
          <w:color w:val="1F4E78"/>
          <w:lang w:val="de-AT"/>
        </w:rPr>
        <w:t xml:space="preserve">D4. Sind Sie bereit, die Lösung in einem kurzen Online-Meeting vorzustellen? *  </w:t>
      </w:r>
      <w:r w:rsidRPr="001213B6">
        <w:rPr>
          <w:i/>
          <w:lang w:val="de-AT"/>
        </w:rPr>
        <w:t xml:space="preserve"> JA / NEIN</w:t>
      </w:r>
    </w:p>
    <w:p w14:paraId="24927700" w14:textId="400E0C9E" w:rsidR="00507A11" w:rsidRPr="001213B6" w:rsidRDefault="00CB6A98">
      <w:pPr>
        <w:spacing w:after="20"/>
        <w:rPr>
          <w:lang w:val="de-AT"/>
        </w:rPr>
      </w:pPr>
      <w:sdt>
        <w:sdtPr>
          <w:rPr>
            <w:lang w:val="de-AT"/>
          </w:rPr>
          <w:id w:val="610091762"/>
          <w:placeholder>
            <w:docPart w:val="AD6846DFF15B4FBCA3119DBDA9FF0914"/>
          </w:placeholder>
          <w:showingPlcHdr/>
        </w:sdtPr>
        <w:sdtEndPr/>
        <w:sdtContent>
          <w:r w:rsidR="001A0D30" w:rsidRPr="001213B6">
            <w:rPr>
              <w:rStyle w:val="Besedilooznabemesta"/>
              <w:lang w:val="de-AT"/>
            </w:rPr>
            <w:t xml:space="preserve">   Klicken Sie oder tippen Sie hier, um den Text einzugeben. </w:t>
          </w:r>
        </w:sdtContent>
      </w:sdt>
    </w:p>
    <w:p w14:paraId="39F73F53" w14:textId="77777777" w:rsidR="00120CC4" w:rsidRDefault="00120CC4" w:rsidP="00120CC4">
      <w:pPr>
        <w:rPr>
          <w:lang w:val="de-AT"/>
        </w:rPr>
      </w:pPr>
    </w:p>
    <w:p w14:paraId="00EDD4F3" w14:textId="77777777" w:rsidR="00164A80" w:rsidRPr="001213B6" w:rsidRDefault="00164A80" w:rsidP="00120CC4">
      <w:pPr>
        <w:rPr>
          <w:lang w:val="de-AT"/>
        </w:rPr>
      </w:pPr>
    </w:p>
    <w:p w14:paraId="18499E19" w14:textId="1985ACAA" w:rsidR="00507A11" w:rsidRPr="001213B6" w:rsidRDefault="005B0DED" w:rsidP="009A09FA">
      <w:pPr>
        <w:pStyle w:val="Naslov1"/>
        <w:jc w:val="both"/>
        <w:rPr>
          <w:lang w:val="de-AT"/>
        </w:rPr>
      </w:pPr>
      <w:r>
        <w:rPr>
          <w:lang w:val="de-AT"/>
        </w:rPr>
        <w:t>E</w:t>
      </w:r>
      <w:r w:rsidR="00145834" w:rsidRPr="001213B6">
        <w:rPr>
          <w:lang w:val="de-AT"/>
        </w:rPr>
        <w:t>. An</w:t>
      </w:r>
      <w:r w:rsidR="0023549B">
        <w:rPr>
          <w:lang w:val="de-AT"/>
        </w:rPr>
        <w:t>hänge</w:t>
      </w:r>
      <w:r w:rsidR="00145834" w:rsidRPr="001213B6">
        <w:rPr>
          <w:lang w:val="de-AT"/>
        </w:rPr>
        <w:t>*</w:t>
      </w:r>
    </w:p>
    <w:tbl>
      <w:tblPr>
        <w:tblW w:w="0" w:type="auto"/>
        <w:tblBorders>
          <w:top w:val="single" w:sz="4" w:space="0" w:color="B8C4CE"/>
          <w:left w:val="single" w:sz="4" w:space="0" w:color="B8C4CE"/>
          <w:bottom w:val="single" w:sz="4" w:space="0" w:color="B8C4CE"/>
          <w:right w:val="single" w:sz="4" w:space="0" w:color="B8C4CE"/>
          <w:insideH w:val="single" w:sz="4" w:space="0" w:color="B8C4CE"/>
          <w:insideV w:val="single" w:sz="4" w:space="0" w:color="B8C4CE"/>
        </w:tblBorders>
        <w:tblLayout w:type="fixed"/>
        <w:tblLook w:val="04A0" w:firstRow="1" w:lastRow="0" w:firstColumn="1" w:lastColumn="0" w:noHBand="0" w:noVBand="1"/>
      </w:tblPr>
      <w:tblGrid>
        <w:gridCol w:w="3969"/>
        <w:gridCol w:w="2098"/>
        <w:gridCol w:w="964"/>
      </w:tblGrid>
      <w:tr w:rsidR="00507A11" w:rsidRPr="001213B6" w14:paraId="48A7217D" w14:textId="77777777" w:rsidTr="009A09FA">
        <w:trPr>
          <w:tblHeader/>
        </w:trPr>
        <w:tc>
          <w:tcPr>
            <w:tcW w:w="3969" w:type="dxa"/>
            <w:shd w:val="clear" w:color="auto" w:fill="1F4E78"/>
            <w:tcMar>
              <w:top w:w="110" w:type="dxa"/>
              <w:left w:w="110" w:type="dxa"/>
              <w:bottom w:w="110" w:type="dxa"/>
              <w:right w:w="110" w:type="dxa"/>
            </w:tcMar>
            <w:vAlign w:val="center"/>
          </w:tcPr>
          <w:p w14:paraId="5B42EB70" w14:textId="17D1BF37" w:rsidR="00507A11" w:rsidRPr="001213B6" w:rsidRDefault="00145834">
            <w:pPr>
              <w:spacing w:after="0"/>
              <w:rPr>
                <w:lang w:val="de-AT"/>
              </w:rPr>
            </w:pPr>
            <w:r w:rsidRPr="001213B6">
              <w:rPr>
                <w:b/>
                <w:color w:val="FFFFFF"/>
                <w:sz w:val="18"/>
                <w:lang w:val="de-AT"/>
              </w:rPr>
              <w:t>An</w:t>
            </w:r>
            <w:r w:rsidR="0023549B">
              <w:rPr>
                <w:b/>
                <w:color w:val="FFFFFF"/>
                <w:sz w:val="18"/>
                <w:lang w:val="de-AT"/>
              </w:rPr>
              <w:t>hang</w:t>
            </w:r>
          </w:p>
        </w:tc>
        <w:tc>
          <w:tcPr>
            <w:tcW w:w="2098" w:type="dxa"/>
            <w:shd w:val="clear" w:color="auto" w:fill="1F4E78"/>
            <w:tcMar>
              <w:top w:w="110" w:type="dxa"/>
              <w:left w:w="110" w:type="dxa"/>
              <w:bottom w:w="110" w:type="dxa"/>
              <w:right w:w="110" w:type="dxa"/>
            </w:tcMar>
            <w:vAlign w:val="center"/>
          </w:tcPr>
          <w:p w14:paraId="314F1708" w14:textId="77777777" w:rsidR="00507A11" w:rsidRPr="001213B6" w:rsidRDefault="00145834">
            <w:pPr>
              <w:spacing w:after="0"/>
              <w:rPr>
                <w:lang w:val="de-AT"/>
              </w:rPr>
            </w:pPr>
            <w:r w:rsidRPr="001213B6">
              <w:rPr>
                <w:b/>
                <w:color w:val="FFFFFF"/>
                <w:sz w:val="18"/>
                <w:lang w:val="de-AT"/>
              </w:rPr>
              <w:t>Verpflichtung</w:t>
            </w:r>
          </w:p>
        </w:tc>
        <w:tc>
          <w:tcPr>
            <w:tcW w:w="964" w:type="dxa"/>
            <w:shd w:val="clear" w:color="auto" w:fill="1F4E78"/>
            <w:tcMar>
              <w:top w:w="110" w:type="dxa"/>
              <w:left w:w="110" w:type="dxa"/>
              <w:bottom w:w="110" w:type="dxa"/>
              <w:right w:w="110" w:type="dxa"/>
            </w:tcMar>
            <w:vAlign w:val="center"/>
          </w:tcPr>
          <w:p w14:paraId="42336499" w14:textId="0DEDC967" w:rsidR="00507A11" w:rsidRPr="001213B6" w:rsidRDefault="009A09FA" w:rsidP="009A09FA">
            <w:pPr>
              <w:spacing w:after="0"/>
              <w:jc w:val="center"/>
              <w:rPr>
                <w:lang w:val="de-AT"/>
              </w:rPr>
            </w:pPr>
            <w:r w:rsidRPr="001213B6">
              <w:rPr>
                <w:b/>
                <w:color w:val="FFFFFF"/>
                <w:sz w:val="18"/>
                <w:lang w:val="de-AT"/>
              </w:rPr>
              <w:t>JA / NEIN</w:t>
            </w:r>
          </w:p>
        </w:tc>
      </w:tr>
      <w:tr w:rsidR="00507A11" w:rsidRPr="001213B6" w14:paraId="092E4AC3" w14:textId="77777777" w:rsidTr="009A09FA">
        <w:tc>
          <w:tcPr>
            <w:tcW w:w="3969" w:type="dxa"/>
            <w:tcMar>
              <w:top w:w="110" w:type="dxa"/>
              <w:left w:w="110" w:type="dxa"/>
              <w:bottom w:w="110" w:type="dxa"/>
              <w:right w:w="110" w:type="dxa"/>
            </w:tcMar>
            <w:vAlign w:val="center"/>
          </w:tcPr>
          <w:p w14:paraId="4EBCA56E" w14:textId="77777777" w:rsidR="00507A11" w:rsidRPr="001213B6" w:rsidRDefault="00145834">
            <w:pPr>
              <w:spacing w:after="0"/>
              <w:rPr>
                <w:lang w:val="de-AT"/>
              </w:rPr>
            </w:pPr>
            <w:r w:rsidRPr="001213B6">
              <w:rPr>
                <w:sz w:val="18"/>
                <w:lang w:val="de-AT"/>
              </w:rPr>
              <w:t>Ausgefülltes Antragsformular PDF</w:t>
            </w:r>
          </w:p>
        </w:tc>
        <w:tc>
          <w:tcPr>
            <w:tcW w:w="2098" w:type="dxa"/>
            <w:tcMar>
              <w:top w:w="110" w:type="dxa"/>
              <w:left w:w="110" w:type="dxa"/>
              <w:bottom w:w="110" w:type="dxa"/>
              <w:right w:w="110" w:type="dxa"/>
            </w:tcMar>
            <w:vAlign w:val="center"/>
          </w:tcPr>
          <w:p w14:paraId="362351D1" w14:textId="77777777" w:rsidR="00507A11" w:rsidRPr="001213B6" w:rsidRDefault="00145834">
            <w:pPr>
              <w:spacing w:after="0"/>
              <w:rPr>
                <w:lang w:val="de-AT"/>
              </w:rPr>
            </w:pPr>
            <w:r w:rsidRPr="001213B6">
              <w:rPr>
                <w:sz w:val="18"/>
                <w:lang w:val="de-AT"/>
              </w:rPr>
              <w:t>Pflicht</w:t>
            </w:r>
          </w:p>
        </w:tc>
        <w:tc>
          <w:tcPr>
            <w:tcW w:w="964" w:type="dxa"/>
            <w:tcMar>
              <w:top w:w="110" w:type="dxa"/>
              <w:left w:w="110" w:type="dxa"/>
              <w:bottom w:w="110" w:type="dxa"/>
              <w:right w:w="110" w:type="dxa"/>
            </w:tcMar>
            <w:vAlign w:val="center"/>
          </w:tcPr>
          <w:p w14:paraId="04068523" w14:textId="77777777" w:rsidR="00507A11" w:rsidRPr="001213B6" w:rsidRDefault="00507A11">
            <w:pPr>
              <w:spacing w:after="0"/>
              <w:rPr>
                <w:lang w:val="de-AT"/>
              </w:rPr>
            </w:pPr>
          </w:p>
        </w:tc>
      </w:tr>
      <w:tr w:rsidR="00507A11" w:rsidRPr="001213B6" w14:paraId="7036D8F8" w14:textId="77777777" w:rsidTr="009A09FA">
        <w:tc>
          <w:tcPr>
            <w:tcW w:w="3969" w:type="dxa"/>
            <w:tcMar>
              <w:top w:w="110" w:type="dxa"/>
              <w:left w:w="110" w:type="dxa"/>
              <w:bottom w:w="110" w:type="dxa"/>
              <w:right w:w="110" w:type="dxa"/>
            </w:tcMar>
            <w:vAlign w:val="center"/>
          </w:tcPr>
          <w:p w14:paraId="4FF6D369" w14:textId="77777777" w:rsidR="00507A11" w:rsidRPr="001213B6" w:rsidRDefault="00145834">
            <w:pPr>
              <w:spacing w:after="0"/>
              <w:rPr>
                <w:lang w:val="de-AT"/>
              </w:rPr>
            </w:pPr>
            <w:r w:rsidRPr="001213B6">
              <w:rPr>
                <w:sz w:val="18"/>
                <w:lang w:val="de-AT"/>
              </w:rPr>
              <w:t>Video bis zu 5 Minuten</w:t>
            </w:r>
          </w:p>
        </w:tc>
        <w:tc>
          <w:tcPr>
            <w:tcW w:w="2098" w:type="dxa"/>
            <w:tcMar>
              <w:top w:w="110" w:type="dxa"/>
              <w:left w:w="110" w:type="dxa"/>
              <w:bottom w:w="110" w:type="dxa"/>
              <w:right w:w="110" w:type="dxa"/>
            </w:tcMar>
            <w:vAlign w:val="center"/>
          </w:tcPr>
          <w:p w14:paraId="4B19424E" w14:textId="77777777" w:rsidR="00507A11" w:rsidRPr="001213B6" w:rsidRDefault="00145834">
            <w:pPr>
              <w:spacing w:after="0"/>
              <w:rPr>
                <w:lang w:val="de-AT"/>
              </w:rPr>
            </w:pPr>
            <w:r w:rsidRPr="001213B6">
              <w:rPr>
                <w:sz w:val="18"/>
                <w:lang w:val="de-AT"/>
              </w:rPr>
              <w:t>Optional</w:t>
            </w:r>
          </w:p>
        </w:tc>
        <w:tc>
          <w:tcPr>
            <w:tcW w:w="964" w:type="dxa"/>
            <w:tcMar>
              <w:top w:w="110" w:type="dxa"/>
              <w:left w:w="110" w:type="dxa"/>
              <w:bottom w:w="110" w:type="dxa"/>
              <w:right w:w="110" w:type="dxa"/>
            </w:tcMar>
            <w:vAlign w:val="center"/>
          </w:tcPr>
          <w:p w14:paraId="2311780A" w14:textId="77777777" w:rsidR="00507A11" w:rsidRPr="001213B6" w:rsidRDefault="00507A11">
            <w:pPr>
              <w:spacing w:after="0"/>
              <w:rPr>
                <w:lang w:val="de-AT"/>
              </w:rPr>
            </w:pPr>
          </w:p>
        </w:tc>
      </w:tr>
      <w:tr w:rsidR="00507A11" w:rsidRPr="001213B6" w14:paraId="12CA88B8" w14:textId="77777777" w:rsidTr="009A09FA">
        <w:tc>
          <w:tcPr>
            <w:tcW w:w="3969" w:type="dxa"/>
            <w:tcMar>
              <w:top w:w="110" w:type="dxa"/>
              <w:left w:w="110" w:type="dxa"/>
              <w:bottom w:w="110" w:type="dxa"/>
              <w:right w:w="110" w:type="dxa"/>
            </w:tcMar>
            <w:vAlign w:val="center"/>
          </w:tcPr>
          <w:p w14:paraId="032E8AEC" w14:textId="77777777" w:rsidR="00507A11" w:rsidRPr="001213B6" w:rsidRDefault="00145834">
            <w:pPr>
              <w:spacing w:after="0"/>
              <w:rPr>
                <w:lang w:val="de-AT"/>
              </w:rPr>
            </w:pPr>
            <w:r w:rsidRPr="001213B6">
              <w:rPr>
                <w:sz w:val="18"/>
                <w:lang w:val="de-AT"/>
              </w:rPr>
              <w:t>Präsentation oder technische Zusammenfassung</w:t>
            </w:r>
          </w:p>
        </w:tc>
        <w:tc>
          <w:tcPr>
            <w:tcW w:w="2098" w:type="dxa"/>
            <w:tcMar>
              <w:top w:w="110" w:type="dxa"/>
              <w:left w:w="110" w:type="dxa"/>
              <w:bottom w:w="110" w:type="dxa"/>
              <w:right w:w="110" w:type="dxa"/>
            </w:tcMar>
            <w:vAlign w:val="center"/>
          </w:tcPr>
          <w:p w14:paraId="2B9437B5" w14:textId="77777777" w:rsidR="00507A11" w:rsidRPr="001213B6" w:rsidRDefault="00145834">
            <w:pPr>
              <w:spacing w:after="0"/>
              <w:rPr>
                <w:lang w:val="de-AT"/>
              </w:rPr>
            </w:pPr>
            <w:r w:rsidRPr="001213B6">
              <w:rPr>
                <w:sz w:val="18"/>
                <w:lang w:val="de-AT"/>
              </w:rPr>
              <w:t>Optional</w:t>
            </w:r>
          </w:p>
        </w:tc>
        <w:tc>
          <w:tcPr>
            <w:tcW w:w="964" w:type="dxa"/>
            <w:tcMar>
              <w:top w:w="110" w:type="dxa"/>
              <w:left w:w="110" w:type="dxa"/>
              <w:bottom w:w="110" w:type="dxa"/>
              <w:right w:w="110" w:type="dxa"/>
            </w:tcMar>
            <w:vAlign w:val="center"/>
          </w:tcPr>
          <w:p w14:paraId="7029E887" w14:textId="77777777" w:rsidR="00507A11" w:rsidRPr="001213B6" w:rsidRDefault="00507A11">
            <w:pPr>
              <w:spacing w:after="0"/>
              <w:rPr>
                <w:lang w:val="de-AT"/>
              </w:rPr>
            </w:pPr>
          </w:p>
        </w:tc>
      </w:tr>
      <w:tr w:rsidR="00507A11" w:rsidRPr="001213B6" w14:paraId="45BAF7CF" w14:textId="77777777" w:rsidTr="009A09FA">
        <w:tc>
          <w:tcPr>
            <w:tcW w:w="3969" w:type="dxa"/>
            <w:tcMar>
              <w:top w:w="110" w:type="dxa"/>
              <w:left w:w="110" w:type="dxa"/>
              <w:bottom w:w="110" w:type="dxa"/>
              <w:right w:w="110" w:type="dxa"/>
            </w:tcMar>
            <w:vAlign w:val="center"/>
          </w:tcPr>
          <w:p w14:paraId="7EEBB01D" w14:textId="77777777" w:rsidR="00507A11" w:rsidRPr="001213B6" w:rsidRDefault="00145834">
            <w:pPr>
              <w:spacing w:after="0"/>
              <w:rPr>
                <w:lang w:val="de-AT"/>
              </w:rPr>
            </w:pPr>
            <w:r w:rsidRPr="001213B6">
              <w:rPr>
                <w:sz w:val="18"/>
                <w:lang w:val="de-AT"/>
              </w:rPr>
              <w:t>Referenzen, Studien oder andere Belege</w:t>
            </w:r>
          </w:p>
        </w:tc>
        <w:tc>
          <w:tcPr>
            <w:tcW w:w="2098" w:type="dxa"/>
            <w:tcMar>
              <w:top w:w="110" w:type="dxa"/>
              <w:left w:w="110" w:type="dxa"/>
              <w:bottom w:w="110" w:type="dxa"/>
              <w:right w:w="110" w:type="dxa"/>
            </w:tcMar>
            <w:vAlign w:val="center"/>
          </w:tcPr>
          <w:p w14:paraId="32D04E5C" w14:textId="77777777" w:rsidR="00507A11" w:rsidRPr="001213B6" w:rsidRDefault="00145834">
            <w:pPr>
              <w:spacing w:after="0"/>
              <w:rPr>
                <w:lang w:val="de-AT"/>
              </w:rPr>
            </w:pPr>
            <w:r w:rsidRPr="001213B6">
              <w:rPr>
                <w:sz w:val="18"/>
                <w:lang w:val="de-AT"/>
              </w:rPr>
              <w:t>Optional</w:t>
            </w:r>
          </w:p>
        </w:tc>
        <w:tc>
          <w:tcPr>
            <w:tcW w:w="964" w:type="dxa"/>
            <w:tcMar>
              <w:top w:w="110" w:type="dxa"/>
              <w:left w:w="110" w:type="dxa"/>
              <w:bottom w:w="110" w:type="dxa"/>
              <w:right w:w="110" w:type="dxa"/>
            </w:tcMar>
            <w:vAlign w:val="center"/>
          </w:tcPr>
          <w:p w14:paraId="7C5AE2C7" w14:textId="77777777" w:rsidR="00507A11" w:rsidRPr="001213B6" w:rsidRDefault="00507A11">
            <w:pPr>
              <w:spacing w:after="0"/>
              <w:rPr>
                <w:lang w:val="de-AT"/>
              </w:rPr>
            </w:pPr>
          </w:p>
        </w:tc>
      </w:tr>
    </w:tbl>
    <w:p w14:paraId="30C1A26E" w14:textId="77777777" w:rsidR="00507A11" w:rsidRPr="001213B6" w:rsidRDefault="00507A11">
      <w:pPr>
        <w:spacing w:after="0"/>
        <w:rPr>
          <w:lang w:val="de-AT"/>
        </w:rPr>
      </w:pPr>
    </w:p>
    <w:p w14:paraId="5EDFC36C" w14:textId="77777777" w:rsidR="003032B6" w:rsidRDefault="003032B6">
      <w:pPr>
        <w:pStyle w:val="Naslov1"/>
        <w:rPr>
          <w:lang w:val="de-AT"/>
        </w:rPr>
      </w:pPr>
    </w:p>
    <w:p w14:paraId="0F8134D3" w14:textId="33949D50" w:rsidR="00507A11" w:rsidRPr="001213B6" w:rsidRDefault="005B0DED">
      <w:pPr>
        <w:pStyle w:val="Naslov1"/>
        <w:rPr>
          <w:lang w:val="de-AT"/>
        </w:rPr>
      </w:pPr>
      <w:r>
        <w:rPr>
          <w:lang w:val="de-AT"/>
        </w:rPr>
        <w:t>F</w:t>
      </w:r>
      <w:r w:rsidR="00145834" w:rsidRPr="001213B6">
        <w:rPr>
          <w:lang w:val="de-AT"/>
        </w:rPr>
        <w:t>. Aussagen *</w:t>
      </w:r>
    </w:p>
    <w:p w14:paraId="6AD4347A" w14:textId="3062B331" w:rsidR="00507A11" w:rsidRPr="001213B6" w:rsidRDefault="00CB6A98" w:rsidP="008B02CE">
      <w:pPr>
        <w:pStyle w:val="Oznaenseznam"/>
        <w:numPr>
          <w:ilvl w:val="0"/>
          <w:numId w:val="0"/>
        </w:numPr>
        <w:spacing w:after="20"/>
        <w:ind w:left="360"/>
        <w:rPr>
          <w:lang w:val="de-AT"/>
        </w:rPr>
      </w:pPr>
      <w:sdt>
        <w:sdtPr>
          <w:rPr>
            <w:lang w:val="de-AT"/>
          </w:rPr>
          <w:id w:val="-1946918120"/>
          <w14:checkbox>
            <w14:checked w14:val="0"/>
            <w14:checkedState w14:val="2612" w14:font="MS Gothic"/>
            <w14:uncheckedState w14:val="2610" w14:font="MS Gothic"/>
          </w14:checkbox>
        </w:sdtPr>
        <w:sdtEndPr/>
        <w:sdtContent>
          <w:r w:rsidR="008B02CE" w:rsidRPr="001213B6">
            <w:rPr>
              <w:rFonts w:ascii="MS Gothic" w:eastAsia="MS Gothic" w:hAnsi="MS Gothic"/>
              <w:lang w:val="de-AT"/>
            </w:rPr>
            <w:t xml:space="preserve">   ☐ </w:t>
          </w:r>
        </w:sdtContent>
      </w:sdt>
      <w:r w:rsidR="00145834" w:rsidRPr="001213B6">
        <w:rPr>
          <w:lang w:val="de-AT"/>
        </w:rPr>
        <w:t xml:space="preserve">  Die Informationen in der Bewerbung sind nach unserem besten Wissen korrekt. </w:t>
      </w:r>
    </w:p>
    <w:p w14:paraId="754A250A" w14:textId="77777777" w:rsidR="008B02CE" w:rsidRPr="001213B6" w:rsidRDefault="008B02CE" w:rsidP="008B02CE">
      <w:pPr>
        <w:pStyle w:val="Oznaenseznam"/>
        <w:numPr>
          <w:ilvl w:val="0"/>
          <w:numId w:val="0"/>
        </w:numPr>
        <w:spacing w:after="20"/>
        <w:ind w:left="360"/>
        <w:rPr>
          <w:lang w:val="de-AT"/>
        </w:rPr>
      </w:pPr>
    </w:p>
    <w:p w14:paraId="69EE2481" w14:textId="2C62AAD8" w:rsidR="00507A11" w:rsidRPr="001213B6" w:rsidRDefault="00CB6A98" w:rsidP="005307B3">
      <w:pPr>
        <w:pStyle w:val="Oznaenseznam"/>
        <w:numPr>
          <w:ilvl w:val="0"/>
          <w:numId w:val="0"/>
        </w:numPr>
        <w:spacing w:after="20"/>
        <w:ind w:left="1134" w:hanging="774"/>
        <w:rPr>
          <w:lang w:val="de-AT"/>
        </w:rPr>
      </w:pPr>
      <w:sdt>
        <w:sdtPr>
          <w:rPr>
            <w:lang w:val="de-AT"/>
          </w:rPr>
          <w:id w:val="-923496747"/>
          <w14:checkbox>
            <w14:checked w14:val="0"/>
            <w14:checkedState w14:val="2612" w14:font="MS Gothic"/>
            <w14:uncheckedState w14:val="2610" w14:font="MS Gothic"/>
          </w14:checkbox>
        </w:sdtPr>
        <w:sdtEndPr/>
        <w:sdtContent>
          <w:r w:rsidR="008B02CE" w:rsidRPr="001213B6">
            <w:rPr>
              <w:rFonts w:ascii="MS Gothic" w:eastAsia="MS Gothic" w:hAnsi="MS Gothic"/>
              <w:lang w:val="de-AT"/>
            </w:rPr>
            <w:t xml:space="preserve">   ☐ </w:t>
          </w:r>
        </w:sdtContent>
      </w:sdt>
      <w:r w:rsidR="008B02CE" w:rsidRPr="001213B6">
        <w:rPr>
          <w:lang w:val="de-AT"/>
        </w:rPr>
        <w:t xml:space="preserve">  Die Anwendung und die Anhänge enthalten keine persönlichen oder medizinischen Daten von </w:t>
      </w:r>
      <w:r w:rsidR="005307B3">
        <w:rPr>
          <w:lang w:val="de-AT"/>
        </w:rPr>
        <w:t xml:space="preserve">  </w:t>
      </w:r>
      <w:r w:rsidR="008B02CE" w:rsidRPr="001213B6">
        <w:rPr>
          <w:lang w:val="de-AT"/>
        </w:rPr>
        <w:t xml:space="preserve">Patienten. </w:t>
      </w:r>
    </w:p>
    <w:p w14:paraId="574D56A2" w14:textId="77777777" w:rsidR="008B02CE" w:rsidRPr="001213B6" w:rsidRDefault="008B02CE" w:rsidP="008B02CE">
      <w:pPr>
        <w:pStyle w:val="Oznaenseznam"/>
        <w:numPr>
          <w:ilvl w:val="0"/>
          <w:numId w:val="0"/>
        </w:numPr>
        <w:spacing w:after="20"/>
        <w:ind w:left="360"/>
        <w:rPr>
          <w:lang w:val="de-AT"/>
        </w:rPr>
      </w:pPr>
    </w:p>
    <w:p w14:paraId="6FFB5030" w14:textId="1AE987E5" w:rsidR="00507A11" w:rsidRPr="001213B6" w:rsidRDefault="00CB6A98" w:rsidP="005307B3">
      <w:pPr>
        <w:pStyle w:val="Oznaenseznam"/>
        <w:numPr>
          <w:ilvl w:val="0"/>
          <w:numId w:val="0"/>
        </w:numPr>
        <w:spacing w:after="20"/>
        <w:ind w:left="1134" w:hanging="774"/>
        <w:rPr>
          <w:lang w:val="de-AT"/>
        </w:rPr>
      </w:pPr>
      <w:sdt>
        <w:sdtPr>
          <w:rPr>
            <w:lang w:val="de-AT"/>
          </w:rPr>
          <w:id w:val="-1559319130"/>
          <w14:checkbox>
            <w14:checked w14:val="0"/>
            <w14:checkedState w14:val="2612" w14:font="MS Gothic"/>
            <w14:uncheckedState w14:val="2610" w14:font="MS Gothic"/>
          </w14:checkbox>
        </w:sdtPr>
        <w:sdtEndPr/>
        <w:sdtContent>
          <w:r w:rsidR="008B02CE" w:rsidRPr="001213B6">
            <w:rPr>
              <w:rFonts w:ascii="MS Gothic" w:eastAsia="MS Gothic" w:hAnsi="MS Gothic"/>
              <w:lang w:val="de-AT"/>
            </w:rPr>
            <w:t xml:space="preserve">   ☐ </w:t>
          </w:r>
        </w:sdtContent>
      </w:sdt>
      <w:r w:rsidR="008B02CE" w:rsidRPr="001213B6">
        <w:rPr>
          <w:lang w:val="de-AT"/>
        </w:rPr>
        <w:t xml:space="preserve">  Wir </w:t>
      </w:r>
      <w:r w:rsidR="00D66B7A">
        <w:rPr>
          <w:lang w:val="de-AT"/>
        </w:rPr>
        <w:t>erlauben</w:t>
      </w:r>
      <w:r w:rsidR="008B02CE" w:rsidRPr="001213B6">
        <w:rPr>
          <w:lang w:val="de-AT"/>
        </w:rPr>
        <w:t xml:space="preserve"> die Nutzung von Daten, um Lösungen zu prüfen und Sie bezüglich einer möglichen Demonstration oder eines zukünftigen Pilotprojekts zu kontaktieren. </w:t>
      </w:r>
    </w:p>
    <w:p w14:paraId="4CB96E82" w14:textId="77777777" w:rsidR="008B02CE" w:rsidRPr="001213B6" w:rsidRDefault="008B02CE" w:rsidP="008B02CE">
      <w:pPr>
        <w:pStyle w:val="Oznaenseznam"/>
        <w:numPr>
          <w:ilvl w:val="0"/>
          <w:numId w:val="0"/>
        </w:numPr>
        <w:spacing w:after="20"/>
        <w:ind w:left="360"/>
        <w:rPr>
          <w:lang w:val="de-AT"/>
        </w:rPr>
      </w:pPr>
    </w:p>
    <w:p w14:paraId="17402DC9" w14:textId="784F890C" w:rsidR="00507A11" w:rsidRPr="001213B6" w:rsidRDefault="00CB6A98" w:rsidP="005307B3">
      <w:pPr>
        <w:pStyle w:val="Oznaenseznam"/>
        <w:numPr>
          <w:ilvl w:val="0"/>
          <w:numId w:val="0"/>
        </w:numPr>
        <w:spacing w:after="20"/>
        <w:ind w:left="1134" w:hanging="774"/>
        <w:rPr>
          <w:lang w:val="de-AT"/>
        </w:rPr>
      </w:pPr>
      <w:sdt>
        <w:sdtPr>
          <w:rPr>
            <w:lang w:val="de-AT"/>
          </w:rPr>
          <w:id w:val="519746491"/>
          <w14:checkbox>
            <w14:checked w14:val="0"/>
            <w14:checkedState w14:val="2612" w14:font="MS Gothic"/>
            <w14:uncheckedState w14:val="2610" w14:font="MS Gothic"/>
          </w14:checkbox>
        </w:sdtPr>
        <w:sdtEndPr/>
        <w:sdtContent>
          <w:r w:rsidR="008B02CE" w:rsidRPr="001213B6">
            <w:rPr>
              <w:rFonts w:ascii="MS Gothic" w:eastAsia="MS Gothic" w:hAnsi="MS Gothic"/>
              <w:lang w:val="de-AT"/>
            </w:rPr>
            <w:t xml:space="preserve">   ☐ </w:t>
          </w:r>
        </w:sdtContent>
      </w:sdt>
      <w:r w:rsidR="008B02CE" w:rsidRPr="001213B6">
        <w:rPr>
          <w:lang w:val="de-AT"/>
        </w:rPr>
        <w:t xml:space="preserve">  Wir verstehen, dass die Einreichung keine Auswahl, Provision, Finanzierung oder Garantie für den Pilot</w:t>
      </w:r>
      <w:r w:rsidR="004226F3">
        <w:rPr>
          <w:lang w:val="de-AT"/>
        </w:rPr>
        <w:t>projekt</w:t>
      </w:r>
      <w:r w:rsidR="008B02CE" w:rsidRPr="001213B6">
        <w:rPr>
          <w:lang w:val="de-AT"/>
        </w:rPr>
        <w:t xml:space="preserve"> impliziert. </w:t>
      </w:r>
    </w:p>
    <w:p w14:paraId="7B785778" w14:textId="77777777" w:rsidR="008B02CE" w:rsidRPr="001213B6" w:rsidRDefault="008B02CE" w:rsidP="008B02CE">
      <w:pPr>
        <w:pStyle w:val="Oznaenseznam"/>
        <w:numPr>
          <w:ilvl w:val="0"/>
          <w:numId w:val="0"/>
        </w:numPr>
        <w:spacing w:after="20"/>
        <w:ind w:left="360"/>
        <w:rPr>
          <w:lang w:val="de-AT"/>
        </w:rPr>
      </w:pPr>
    </w:p>
    <w:p w14:paraId="142944AD" w14:textId="7B88947E" w:rsidR="00507A11" w:rsidRPr="001213B6" w:rsidRDefault="00CB6A98" w:rsidP="005307B3">
      <w:pPr>
        <w:pStyle w:val="Oznaenseznam"/>
        <w:numPr>
          <w:ilvl w:val="0"/>
          <w:numId w:val="0"/>
        </w:numPr>
        <w:spacing w:after="20"/>
        <w:ind w:left="1134" w:hanging="774"/>
        <w:rPr>
          <w:lang w:val="de-AT"/>
        </w:rPr>
      </w:pPr>
      <w:sdt>
        <w:sdtPr>
          <w:rPr>
            <w:lang w:val="de-AT"/>
          </w:rPr>
          <w:id w:val="738215210"/>
          <w14:checkbox>
            <w14:checked w14:val="0"/>
            <w14:checkedState w14:val="2612" w14:font="MS Gothic"/>
            <w14:uncheckedState w14:val="2610" w14:font="MS Gothic"/>
          </w14:checkbox>
        </w:sdtPr>
        <w:sdtEndPr/>
        <w:sdtContent>
          <w:r w:rsidR="008B02CE" w:rsidRPr="001213B6">
            <w:rPr>
              <w:rFonts w:ascii="MS Gothic" w:eastAsia="MS Gothic" w:hAnsi="MS Gothic"/>
              <w:lang w:val="de-AT"/>
            </w:rPr>
            <w:t xml:space="preserve">   ☐ </w:t>
          </w:r>
        </w:sdtContent>
      </w:sdt>
      <w:r w:rsidR="008B02CE" w:rsidRPr="001213B6">
        <w:rPr>
          <w:lang w:val="de-AT"/>
        </w:rPr>
        <w:t xml:space="preserve">  Der Veranstalter kann im Katalog den Namen des Unternehmens, den Namen der Lösung und eine kurze, nicht vertrauliche Zusammenfassung veröffentlichen: JA / NEIN</w:t>
      </w:r>
    </w:p>
    <w:p w14:paraId="46F6B9BC" w14:textId="77777777" w:rsidR="00A80ED9" w:rsidRPr="001213B6" w:rsidRDefault="00A80ED9">
      <w:pPr>
        <w:keepNext/>
        <w:spacing w:after="20"/>
        <w:rPr>
          <w:b/>
          <w:color w:val="1F4E78"/>
          <w:lang w:val="de-AT"/>
        </w:rPr>
      </w:pPr>
    </w:p>
    <w:p w14:paraId="55A554A9" w14:textId="77777777" w:rsidR="00284C8E" w:rsidRPr="001213B6" w:rsidRDefault="00284C8E">
      <w:pPr>
        <w:keepNext/>
        <w:spacing w:after="20"/>
        <w:rPr>
          <w:b/>
          <w:color w:val="1F4E78"/>
          <w:lang w:val="de-AT"/>
        </w:rPr>
      </w:pPr>
    </w:p>
    <w:p w14:paraId="265E6381" w14:textId="77777777" w:rsidR="00284C8E" w:rsidRPr="001213B6" w:rsidRDefault="00284C8E">
      <w:pPr>
        <w:keepNext/>
        <w:spacing w:after="20"/>
        <w:rPr>
          <w:b/>
          <w:color w:val="1F4E78"/>
          <w:lang w:val="de-AT"/>
        </w:rPr>
      </w:pPr>
    </w:p>
    <w:p w14:paraId="0E3C4D5C" w14:textId="77023FB1" w:rsidR="00507A11" w:rsidRPr="001213B6" w:rsidRDefault="00145834">
      <w:pPr>
        <w:keepNext/>
        <w:spacing w:after="20"/>
        <w:rPr>
          <w:lang w:val="de-AT"/>
        </w:rPr>
      </w:pPr>
      <w:r w:rsidRPr="001213B6">
        <w:rPr>
          <w:b/>
          <w:color w:val="1F4E78"/>
          <w:lang w:val="de-AT"/>
        </w:rPr>
        <w:t xml:space="preserve">Name und Funktion der </w:t>
      </w:r>
      <w:r w:rsidR="00D20D00" w:rsidRPr="00D20D00">
        <w:rPr>
          <w:b/>
          <w:color w:val="1F4E78"/>
          <w:lang w:val="de-AT"/>
        </w:rPr>
        <w:t>verantwortlichen Person</w:t>
      </w:r>
      <w:r w:rsidRPr="001213B6">
        <w:rPr>
          <w:b/>
          <w:color w:val="1F4E78"/>
          <w:lang w:val="de-AT"/>
        </w:rPr>
        <w:t xml:space="preserve"> *</w:t>
      </w:r>
    </w:p>
    <w:p w14:paraId="3A7071DA" w14:textId="31EE99D0" w:rsidR="00507A11" w:rsidRPr="001213B6" w:rsidRDefault="00CB6A98">
      <w:pPr>
        <w:spacing w:after="20"/>
        <w:rPr>
          <w:lang w:val="de-AT"/>
        </w:rPr>
      </w:pPr>
      <w:sdt>
        <w:sdtPr>
          <w:rPr>
            <w:lang w:val="de-AT"/>
          </w:rPr>
          <w:id w:val="-1418625594"/>
          <w:placeholder>
            <w:docPart w:val="6CF3FC2BD91746C8969B1DA2CD3DB821"/>
          </w:placeholder>
          <w:showingPlcHdr/>
        </w:sdtPr>
        <w:sdtEndPr/>
        <w:sdtContent>
          <w:r w:rsidR="00B7776D" w:rsidRPr="001213B6">
            <w:rPr>
              <w:rStyle w:val="Besedilooznabemesta"/>
              <w:lang w:val="de-AT"/>
            </w:rPr>
            <w:t xml:space="preserve">   Klicken Sie oder tippen Sie hier, um den Text einzugeben. </w:t>
          </w:r>
        </w:sdtContent>
      </w:sdt>
    </w:p>
    <w:p w14:paraId="3EDC3FC4" w14:textId="77777777" w:rsidR="00B7776D" w:rsidRPr="001213B6" w:rsidRDefault="00B7776D">
      <w:pPr>
        <w:keepNext/>
        <w:spacing w:after="20"/>
        <w:rPr>
          <w:b/>
          <w:color w:val="1F4E78"/>
          <w:lang w:val="de-AT"/>
        </w:rPr>
      </w:pPr>
    </w:p>
    <w:p w14:paraId="1CA8DA25" w14:textId="77777777" w:rsidR="00284C8E" w:rsidRPr="001213B6" w:rsidRDefault="00284C8E">
      <w:pPr>
        <w:keepNext/>
        <w:spacing w:after="20"/>
        <w:rPr>
          <w:b/>
          <w:color w:val="1F4E78"/>
          <w:lang w:val="de-AT"/>
        </w:rPr>
      </w:pPr>
    </w:p>
    <w:p w14:paraId="06CC9137" w14:textId="327A3277" w:rsidR="00507A11" w:rsidRPr="001213B6" w:rsidRDefault="00145834">
      <w:pPr>
        <w:keepNext/>
        <w:spacing w:after="20"/>
        <w:rPr>
          <w:lang w:val="de-AT"/>
        </w:rPr>
      </w:pPr>
      <w:r w:rsidRPr="001213B6">
        <w:rPr>
          <w:b/>
          <w:color w:val="1F4E78"/>
          <w:lang w:val="de-AT"/>
        </w:rPr>
        <w:t>Datum *</w:t>
      </w:r>
    </w:p>
    <w:p w14:paraId="70EB965C" w14:textId="52B25091" w:rsidR="00507A11" w:rsidRPr="001213B6" w:rsidRDefault="00CB6A98">
      <w:pPr>
        <w:spacing w:after="20"/>
        <w:rPr>
          <w:lang w:val="de-AT"/>
        </w:rPr>
      </w:pPr>
      <w:sdt>
        <w:sdtPr>
          <w:rPr>
            <w:lang w:val="de-AT"/>
          </w:rPr>
          <w:id w:val="474409667"/>
          <w:placeholder>
            <w:docPart w:val="FCBFDC70678644D19EAB9C14FF494AD6"/>
          </w:placeholder>
          <w:showingPlcHdr/>
        </w:sdtPr>
        <w:sdtEndPr/>
        <w:sdtContent>
          <w:r w:rsidR="00B7776D" w:rsidRPr="001213B6">
            <w:rPr>
              <w:rStyle w:val="Besedilooznabemesta"/>
              <w:lang w:val="de-AT"/>
            </w:rPr>
            <w:t xml:space="preserve">   Klicken Sie oder tippen Sie hier, um den Text einzugeben. </w:t>
          </w:r>
        </w:sdtContent>
      </w:sdt>
    </w:p>
    <w:p w14:paraId="3EFDF4C8" w14:textId="77777777" w:rsidR="00B7776D" w:rsidRPr="001213B6" w:rsidRDefault="00B7776D">
      <w:pPr>
        <w:keepNext/>
        <w:spacing w:after="20"/>
        <w:rPr>
          <w:b/>
          <w:color w:val="1F4E78"/>
          <w:lang w:val="de-AT"/>
        </w:rPr>
      </w:pPr>
    </w:p>
    <w:p w14:paraId="50D5A5BA" w14:textId="1F50FD93" w:rsidR="00507A11" w:rsidRPr="001213B6" w:rsidRDefault="00507A11" w:rsidP="00B7776D">
      <w:pPr>
        <w:spacing w:after="20"/>
        <w:rPr>
          <w:lang w:val="de-AT"/>
        </w:rPr>
      </w:pPr>
    </w:p>
    <w:p w14:paraId="1B524C81" w14:textId="745936C0" w:rsidR="00507A11" w:rsidRPr="001213B6" w:rsidRDefault="00507A11">
      <w:pPr>
        <w:rPr>
          <w:lang w:val="de-AT"/>
        </w:rPr>
      </w:pPr>
    </w:p>
    <w:sectPr w:rsidR="00507A11" w:rsidRPr="001213B6" w:rsidSect="00034616">
      <w:headerReference w:type="default" r:id="rId8"/>
      <w:footerReference w:type="default" r:id="rId9"/>
      <w:pgSz w:w="11906" w:h="16838"/>
      <w:pgMar w:top="1020" w:right="1247" w:bottom="96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ECBF0" w14:textId="77777777" w:rsidR="00CB6A98" w:rsidRDefault="00CB6A98">
      <w:pPr>
        <w:spacing w:after="0" w:line="240" w:lineRule="auto"/>
      </w:pPr>
      <w:r>
        <w:separator/>
      </w:r>
    </w:p>
  </w:endnote>
  <w:endnote w:type="continuationSeparator" w:id="0">
    <w:p w14:paraId="4F714C38" w14:textId="77777777" w:rsidR="00CB6A98" w:rsidRDefault="00CB6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01A5" w14:textId="6079B2CC" w:rsidR="00507A11" w:rsidRDefault="00145834">
    <w:pPr>
      <w:pStyle w:val="Noga"/>
      <w:jc w:val="center"/>
    </w:pPr>
    <w:r>
      <w:fldChar w:fldCharType="begin"/>
    </w:r>
    <w:r>
      <w:instrText>PAGE</w:instrText>
    </w:r>
    <w:r>
      <w:fldChar w:fldCharType="separate"/>
    </w:r>
    <w:r w:rsidR="00E12E6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0F611" w14:textId="77777777" w:rsidR="00CB6A98" w:rsidRDefault="00CB6A98">
      <w:pPr>
        <w:spacing w:after="0" w:line="240" w:lineRule="auto"/>
      </w:pPr>
      <w:r>
        <w:separator/>
      </w:r>
    </w:p>
  </w:footnote>
  <w:footnote w:type="continuationSeparator" w:id="0">
    <w:p w14:paraId="7FB57488" w14:textId="77777777" w:rsidR="00CB6A98" w:rsidRDefault="00CB6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E9E5" w14:textId="4116D63F" w:rsidR="00507A11" w:rsidRDefault="00B66060">
    <w:pPr>
      <w:pStyle w:val="Glava"/>
      <w:jc w:val="right"/>
    </w:pPr>
    <w:r>
      <w:rPr>
        <w:noProof/>
      </w:rPr>
      <w:drawing>
        <wp:anchor distT="0" distB="0" distL="114300" distR="114300" simplePos="0" relativeHeight="251659264" behindDoc="0" locked="0" layoutInCell="1" allowOverlap="1" wp14:anchorId="24261145" wp14:editId="2DD2D147">
          <wp:simplePos x="0" y="0"/>
          <wp:positionH relativeFrom="column">
            <wp:posOffset>4438650</wp:posOffset>
          </wp:positionH>
          <wp:positionV relativeFrom="paragraph">
            <wp:posOffset>-276225</wp:posOffset>
          </wp:positionV>
          <wp:extent cx="1543174" cy="795647"/>
          <wp:effectExtent l="0" t="0" r="0" b="5080"/>
          <wp:wrapNone/>
          <wp:docPr id="5" name="Slika 4" descr="Bild mit Wörtern, Text, Screenshot, Schriftart, elektrisches Blau&#10;&#10;KI-generierte Inhalte könnten nicht korrekt sein.">
            <a:extLst xmlns:a="http://schemas.openxmlformats.org/drawingml/2006/main">
              <a:ext uri="{FF2B5EF4-FFF2-40B4-BE49-F238E27FC236}">
                <a16:creationId xmlns:a16="http://schemas.microsoft.com/office/drawing/2014/main" id="{0D1A5E1D-6138-B11F-3CC7-7DF3F894E9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descr="Slika, ki vsebuje besede besedilo, posnetek zaslona, pisava, električno modra&#10;&#10;Vsebina, ustvarjena z UI, morda ni pravilna.">
                    <a:extLst>
                      <a:ext uri="{FF2B5EF4-FFF2-40B4-BE49-F238E27FC236}">
                        <a16:creationId xmlns:a16="http://schemas.microsoft.com/office/drawing/2014/main" id="{0D1A5E1D-6138-B11F-3CC7-7DF3F894E99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43174" cy="79564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tevile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tevile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znaenseznam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znaenseznam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tevile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znaenseznam"/>
      <w:lvlText w:val=""/>
      <w:lvlJc w:val="left"/>
      <w:pPr>
        <w:tabs>
          <w:tab w:val="num" w:pos="360"/>
        </w:tabs>
        <w:ind w:left="360" w:hanging="360"/>
      </w:pPr>
      <w:rPr>
        <w:rFonts w:ascii="Symbol" w:hAnsi="Symbol" w:hint="default"/>
      </w:rPr>
    </w:lvl>
  </w:abstractNum>
  <w:num w:numId="1" w16cid:durableId="1290235190">
    <w:abstractNumId w:val="8"/>
  </w:num>
  <w:num w:numId="2" w16cid:durableId="1293747808">
    <w:abstractNumId w:val="6"/>
  </w:num>
  <w:num w:numId="3" w16cid:durableId="150293591">
    <w:abstractNumId w:val="5"/>
  </w:num>
  <w:num w:numId="4" w16cid:durableId="2007780176">
    <w:abstractNumId w:val="4"/>
  </w:num>
  <w:num w:numId="5" w16cid:durableId="1864055068">
    <w:abstractNumId w:val="7"/>
  </w:num>
  <w:num w:numId="6" w16cid:durableId="1225684190">
    <w:abstractNumId w:val="3"/>
  </w:num>
  <w:num w:numId="7" w16cid:durableId="1969430730">
    <w:abstractNumId w:val="2"/>
  </w:num>
  <w:num w:numId="8" w16cid:durableId="1761288943">
    <w:abstractNumId w:val="1"/>
  </w:num>
  <w:num w:numId="9" w16cid:durableId="1416588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640"/>
    <w:rsid w:val="00026336"/>
    <w:rsid w:val="00034616"/>
    <w:rsid w:val="00050E5A"/>
    <w:rsid w:val="0006063C"/>
    <w:rsid w:val="000B19D8"/>
    <w:rsid w:val="000D70A5"/>
    <w:rsid w:val="00120CC4"/>
    <w:rsid w:val="001213B6"/>
    <w:rsid w:val="00121EF0"/>
    <w:rsid w:val="0012658C"/>
    <w:rsid w:val="00145834"/>
    <w:rsid w:val="0015074B"/>
    <w:rsid w:val="00157D84"/>
    <w:rsid w:val="00164A80"/>
    <w:rsid w:val="001A0D30"/>
    <w:rsid w:val="001D2A1C"/>
    <w:rsid w:val="00226D5F"/>
    <w:rsid w:val="0023549B"/>
    <w:rsid w:val="00250A0F"/>
    <w:rsid w:val="00284C8E"/>
    <w:rsid w:val="0029639D"/>
    <w:rsid w:val="002E515B"/>
    <w:rsid w:val="003032B6"/>
    <w:rsid w:val="00326F90"/>
    <w:rsid w:val="00371F7F"/>
    <w:rsid w:val="003A0C24"/>
    <w:rsid w:val="003B5959"/>
    <w:rsid w:val="00406E0E"/>
    <w:rsid w:val="004178BC"/>
    <w:rsid w:val="004226F3"/>
    <w:rsid w:val="004A71CB"/>
    <w:rsid w:val="004C5BAF"/>
    <w:rsid w:val="004F7CF5"/>
    <w:rsid w:val="00507A11"/>
    <w:rsid w:val="005263DD"/>
    <w:rsid w:val="005307B3"/>
    <w:rsid w:val="0054031D"/>
    <w:rsid w:val="00571317"/>
    <w:rsid w:val="00577275"/>
    <w:rsid w:val="005952A3"/>
    <w:rsid w:val="005B0DED"/>
    <w:rsid w:val="005D59DF"/>
    <w:rsid w:val="005E33A5"/>
    <w:rsid w:val="00624927"/>
    <w:rsid w:val="00655F64"/>
    <w:rsid w:val="006B0628"/>
    <w:rsid w:val="00706D94"/>
    <w:rsid w:val="00782E60"/>
    <w:rsid w:val="007A5371"/>
    <w:rsid w:val="007B368A"/>
    <w:rsid w:val="007E4FF9"/>
    <w:rsid w:val="0085297C"/>
    <w:rsid w:val="008A505C"/>
    <w:rsid w:val="008B02CE"/>
    <w:rsid w:val="008D22AC"/>
    <w:rsid w:val="008F4D20"/>
    <w:rsid w:val="00923FB2"/>
    <w:rsid w:val="00960F89"/>
    <w:rsid w:val="00990EE2"/>
    <w:rsid w:val="009A09FA"/>
    <w:rsid w:val="00A31B6D"/>
    <w:rsid w:val="00A46A1D"/>
    <w:rsid w:val="00A80ED9"/>
    <w:rsid w:val="00AA1D8D"/>
    <w:rsid w:val="00B25063"/>
    <w:rsid w:val="00B25BA2"/>
    <w:rsid w:val="00B3623C"/>
    <w:rsid w:val="00B40374"/>
    <w:rsid w:val="00B44005"/>
    <w:rsid w:val="00B47730"/>
    <w:rsid w:val="00B66060"/>
    <w:rsid w:val="00B7776D"/>
    <w:rsid w:val="00B83899"/>
    <w:rsid w:val="00B869B6"/>
    <w:rsid w:val="00BB1E81"/>
    <w:rsid w:val="00BB3C63"/>
    <w:rsid w:val="00BD1580"/>
    <w:rsid w:val="00C11269"/>
    <w:rsid w:val="00C27A16"/>
    <w:rsid w:val="00C4571E"/>
    <w:rsid w:val="00C635F3"/>
    <w:rsid w:val="00C85C91"/>
    <w:rsid w:val="00CB0664"/>
    <w:rsid w:val="00CB6A98"/>
    <w:rsid w:val="00CE43FD"/>
    <w:rsid w:val="00D20D00"/>
    <w:rsid w:val="00D66B7A"/>
    <w:rsid w:val="00D92D3F"/>
    <w:rsid w:val="00DC441E"/>
    <w:rsid w:val="00E12E68"/>
    <w:rsid w:val="00E15967"/>
    <w:rsid w:val="00E45EF3"/>
    <w:rsid w:val="00EF7CD5"/>
    <w:rsid w:val="00F20D03"/>
    <w:rsid w:val="00F36344"/>
    <w:rsid w:val="00FC693F"/>
    <w:rsid w:val="00FF0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70FD7AC-4A98-4ACE-A4E8-66250C31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93F"/>
    <w:pPr>
      <w:spacing w:after="100" w:line="264" w:lineRule="auto"/>
    </w:pPr>
    <w:rPr>
      <w:rFonts w:ascii="Calibri" w:hAnsi="Calibri"/>
      <w:sz w:val="21"/>
    </w:rPr>
  </w:style>
  <w:style w:type="paragraph" w:styleId="Naslov1">
    <w:name w:val="heading 1"/>
    <w:basedOn w:val="Navaden"/>
    <w:next w:val="Navaden"/>
    <w:link w:val="Naslov1Znak"/>
    <w:uiPriority w:val="9"/>
    <w:qFormat/>
    <w:rsid w:val="00FC693F"/>
    <w:pPr>
      <w:keepNext/>
      <w:keepLines/>
      <w:spacing w:before="280" w:after="140"/>
      <w:outlineLvl w:val="0"/>
    </w:pPr>
    <w:rPr>
      <w:rFonts w:asciiTheme="majorHAnsi" w:eastAsiaTheme="majorEastAsia" w:hAnsiTheme="majorHAnsi" w:cstheme="majorBidi"/>
      <w:b/>
      <w:bCs/>
      <w:color w:val="1F4E78"/>
      <w:sz w:val="32"/>
      <w:szCs w:val="28"/>
    </w:rPr>
  </w:style>
  <w:style w:type="paragraph" w:styleId="Naslov2">
    <w:name w:val="heading 2"/>
    <w:basedOn w:val="Navaden"/>
    <w:next w:val="Navaden"/>
    <w:link w:val="Naslov2Znak"/>
    <w:uiPriority w:val="9"/>
    <w:unhideWhenUsed/>
    <w:qFormat/>
    <w:rsid w:val="00FC693F"/>
    <w:pPr>
      <w:keepNext/>
      <w:keepLines/>
      <w:spacing w:before="200"/>
      <w:outlineLvl w:val="1"/>
    </w:pPr>
    <w:rPr>
      <w:rFonts w:asciiTheme="majorHAnsi" w:eastAsiaTheme="majorEastAsia" w:hAnsiTheme="majorHAnsi" w:cstheme="majorBidi"/>
      <w:b/>
      <w:bCs/>
      <w:color w:val="1F4E78"/>
      <w:sz w:val="26"/>
      <w:szCs w:val="26"/>
    </w:rPr>
  </w:style>
  <w:style w:type="paragraph" w:styleId="Naslov3">
    <w:name w:val="heading 3"/>
    <w:basedOn w:val="Navaden"/>
    <w:next w:val="Navaden"/>
    <w:link w:val="Naslov3Znak"/>
    <w:uiPriority w:val="9"/>
    <w:unhideWhenUsed/>
    <w:qFormat/>
    <w:rsid w:val="00FC693F"/>
    <w:pPr>
      <w:keepNext/>
      <w:keepLines/>
      <w:spacing w:before="140" w:after="60"/>
      <w:outlineLvl w:val="2"/>
    </w:pPr>
    <w:rPr>
      <w:rFonts w:asciiTheme="majorHAnsi" w:eastAsiaTheme="majorEastAsia" w:hAnsiTheme="majorHAnsi" w:cstheme="majorBidi"/>
      <w:b/>
      <w:bCs/>
      <w:color w:val="1F4E78"/>
      <w:sz w:val="23"/>
    </w:rPr>
  </w:style>
  <w:style w:type="paragraph" w:styleId="Naslov4">
    <w:name w:val="heading 4"/>
    <w:basedOn w:val="Navaden"/>
    <w:next w:val="Navaden"/>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18BF"/>
    <w:pPr>
      <w:tabs>
        <w:tab w:val="center" w:pos="4680"/>
        <w:tab w:val="right" w:pos="9360"/>
      </w:tabs>
      <w:spacing w:after="0" w:line="240" w:lineRule="auto"/>
    </w:pPr>
  </w:style>
  <w:style w:type="character" w:customStyle="1" w:styleId="GlavaZnak">
    <w:name w:val="Glava Znak"/>
    <w:basedOn w:val="Privzetapisavaodstavka"/>
    <w:link w:val="Glava"/>
    <w:uiPriority w:val="99"/>
    <w:rsid w:val="00E618BF"/>
  </w:style>
  <w:style w:type="paragraph" w:styleId="Noga">
    <w:name w:val="footer"/>
    <w:basedOn w:val="Navaden"/>
    <w:link w:val="NogaZnak"/>
    <w:uiPriority w:val="99"/>
    <w:unhideWhenUsed/>
    <w:rsid w:val="00E618BF"/>
    <w:pPr>
      <w:tabs>
        <w:tab w:val="center" w:pos="4680"/>
        <w:tab w:val="right" w:pos="9360"/>
      </w:tabs>
      <w:spacing w:after="0" w:line="240" w:lineRule="auto"/>
    </w:pPr>
  </w:style>
  <w:style w:type="character" w:customStyle="1" w:styleId="NogaZnak">
    <w:name w:val="Noga Znak"/>
    <w:basedOn w:val="Privzetapisavaodstavka"/>
    <w:link w:val="Noga"/>
    <w:uiPriority w:val="99"/>
    <w:rsid w:val="00E618BF"/>
  </w:style>
  <w:style w:type="paragraph" w:styleId="Brezrazmikov">
    <w:name w:val="No Spacing"/>
    <w:uiPriority w:val="1"/>
    <w:qFormat/>
    <w:rsid w:val="00FC693F"/>
    <w:pPr>
      <w:spacing w:after="0" w:line="240" w:lineRule="auto"/>
    </w:pPr>
  </w:style>
  <w:style w:type="character" w:customStyle="1" w:styleId="Naslov1Znak">
    <w:name w:val="Naslov 1 Znak"/>
    <w:basedOn w:val="Privzetapisavaodstav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avaden"/>
    <w:next w:val="Navaden"/>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stavekseznama">
    <w:name w:val="List Paragraph"/>
    <w:basedOn w:val="Navaden"/>
    <w:uiPriority w:val="34"/>
    <w:qFormat/>
    <w:rsid w:val="00FC693F"/>
    <w:pPr>
      <w:ind w:left="720"/>
      <w:contextualSpacing/>
    </w:pPr>
  </w:style>
  <w:style w:type="paragraph" w:styleId="Telobesedila">
    <w:name w:val="Body Text"/>
    <w:basedOn w:val="Navaden"/>
    <w:link w:val="TelobesedilaZnak"/>
    <w:uiPriority w:val="99"/>
    <w:unhideWhenUsed/>
    <w:rsid w:val="00AA1D8D"/>
    <w:pPr>
      <w:spacing w:after="120"/>
    </w:pPr>
  </w:style>
  <w:style w:type="character" w:customStyle="1" w:styleId="TelobesedilaZnak">
    <w:name w:val="Telo besedila Znak"/>
    <w:basedOn w:val="Privzetapisavaodstavka"/>
    <w:link w:val="Telobesedila"/>
    <w:uiPriority w:val="99"/>
    <w:rsid w:val="00AA1D8D"/>
  </w:style>
  <w:style w:type="paragraph" w:styleId="Telobesedila2">
    <w:name w:val="Body Text 2"/>
    <w:basedOn w:val="Navaden"/>
    <w:link w:val="Telobesedila2Znak"/>
    <w:uiPriority w:val="99"/>
    <w:unhideWhenUsed/>
    <w:rsid w:val="00AA1D8D"/>
    <w:pPr>
      <w:spacing w:after="120" w:line="480" w:lineRule="auto"/>
    </w:pPr>
  </w:style>
  <w:style w:type="character" w:customStyle="1" w:styleId="Telobesedila2Znak">
    <w:name w:val="Telo besedila 2 Znak"/>
    <w:basedOn w:val="Privzetapisavaodstavka"/>
    <w:link w:val="Telobesedila2"/>
    <w:uiPriority w:val="99"/>
    <w:rsid w:val="00AA1D8D"/>
  </w:style>
  <w:style w:type="paragraph" w:styleId="Telobesedila3">
    <w:name w:val="Body Text 3"/>
    <w:basedOn w:val="Navaden"/>
    <w:link w:val="Telobesedila3Znak"/>
    <w:uiPriority w:val="99"/>
    <w:unhideWhenUsed/>
    <w:rsid w:val="00AA1D8D"/>
    <w:pPr>
      <w:spacing w:after="120"/>
    </w:pPr>
    <w:rPr>
      <w:sz w:val="16"/>
      <w:szCs w:val="16"/>
    </w:rPr>
  </w:style>
  <w:style w:type="character" w:customStyle="1" w:styleId="Telobesedila3Znak">
    <w:name w:val="Telo besedila 3 Znak"/>
    <w:basedOn w:val="Privzetapisavaodstavka"/>
    <w:link w:val="Telobesedila3"/>
    <w:uiPriority w:val="99"/>
    <w:rsid w:val="00AA1D8D"/>
    <w:rPr>
      <w:sz w:val="16"/>
      <w:szCs w:val="16"/>
    </w:rPr>
  </w:style>
  <w:style w:type="paragraph" w:styleId="Seznam">
    <w:name w:val="List"/>
    <w:basedOn w:val="Navaden"/>
    <w:uiPriority w:val="99"/>
    <w:unhideWhenUsed/>
    <w:rsid w:val="00AA1D8D"/>
    <w:pPr>
      <w:ind w:left="360" w:hanging="360"/>
      <w:contextualSpacing/>
    </w:pPr>
  </w:style>
  <w:style w:type="paragraph" w:styleId="Seznam2">
    <w:name w:val="List 2"/>
    <w:basedOn w:val="Navaden"/>
    <w:uiPriority w:val="99"/>
    <w:unhideWhenUsed/>
    <w:rsid w:val="00326F90"/>
    <w:pPr>
      <w:ind w:left="720" w:hanging="360"/>
      <w:contextualSpacing/>
    </w:pPr>
  </w:style>
  <w:style w:type="paragraph" w:styleId="Seznam3">
    <w:name w:val="List 3"/>
    <w:basedOn w:val="Navaden"/>
    <w:uiPriority w:val="99"/>
    <w:unhideWhenUsed/>
    <w:rsid w:val="00326F90"/>
    <w:pPr>
      <w:ind w:left="1080" w:hanging="360"/>
      <w:contextualSpacing/>
    </w:pPr>
  </w:style>
  <w:style w:type="paragraph" w:styleId="Oznaenseznam">
    <w:name w:val="List Bullet"/>
    <w:basedOn w:val="Navaden"/>
    <w:uiPriority w:val="99"/>
    <w:unhideWhenUsed/>
    <w:rsid w:val="00326F90"/>
    <w:pPr>
      <w:numPr>
        <w:numId w:val="1"/>
      </w:numPr>
      <w:contextualSpacing/>
    </w:pPr>
  </w:style>
  <w:style w:type="paragraph" w:styleId="Oznaenseznam2">
    <w:name w:val="List Bullet 2"/>
    <w:basedOn w:val="Navaden"/>
    <w:uiPriority w:val="99"/>
    <w:unhideWhenUsed/>
    <w:rsid w:val="00326F90"/>
    <w:pPr>
      <w:numPr>
        <w:numId w:val="2"/>
      </w:numPr>
      <w:contextualSpacing/>
    </w:pPr>
  </w:style>
  <w:style w:type="paragraph" w:styleId="Oznaenseznam3">
    <w:name w:val="List Bullet 3"/>
    <w:basedOn w:val="Navaden"/>
    <w:uiPriority w:val="99"/>
    <w:unhideWhenUsed/>
    <w:rsid w:val="00326F90"/>
    <w:pPr>
      <w:numPr>
        <w:numId w:val="3"/>
      </w:numPr>
      <w:contextualSpacing/>
    </w:pPr>
  </w:style>
  <w:style w:type="paragraph" w:styleId="Otevilenseznam">
    <w:name w:val="List Number"/>
    <w:basedOn w:val="Navaden"/>
    <w:uiPriority w:val="99"/>
    <w:unhideWhenUsed/>
    <w:rsid w:val="00326F90"/>
    <w:pPr>
      <w:numPr>
        <w:numId w:val="5"/>
      </w:numPr>
      <w:contextualSpacing/>
    </w:pPr>
  </w:style>
  <w:style w:type="paragraph" w:styleId="Otevilenseznam2">
    <w:name w:val="List Number 2"/>
    <w:basedOn w:val="Navaden"/>
    <w:uiPriority w:val="99"/>
    <w:unhideWhenUsed/>
    <w:rsid w:val="0029639D"/>
    <w:pPr>
      <w:numPr>
        <w:numId w:val="6"/>
      </w:numPr>
      <w:contextualSpacing/>
    </w:pPr>
  </w:style>
  <w:style w:type="paragraph" w:styleId="Otevilenseznam3">
    <w:name w:val="List Number 3"/>
    <w:basedOn w:val="Navaden"/>
    <w:uiPriority w:val="99"/>
    <w:unhideWhenUsed/>
    <w:rsid w:val="0029639D"/>
    <w:pPr>
      <w:numPr>
        <w:numId w:val="7"/>
      </w:numPr>
      <w:contextualSpacing/>
    </w:pPr>
  </w:style>
  <w:style w:type="paragraph" w:styleId="Seznam-nadaljevanje">
    <w:name w:val="List Continue"/>
    <w:basedOn w:val="Navaden"/>
    <w:uiPriority w:val="99"/>
    <w:unhideWhenUsed/>
    <w:rsid w:val="0029639D"/>
    <w:pPr>
      <w:spacing w:after="120"/>
      <w:ind w:left="360"/>
      <w:contextualSpacing/>
    </w:pPr>
  </w:style>
  <w:style w:type="paragraph" w:styleId="Seznam-nadaljevanje2">
    <w:name w:val="List Continue 2"/>
    <w:basedOn w:val="Navaden"/>
    <w:uiPriority w:val="99"/>
    <w:unhideWhenUsed/>
    <w:rsid w:val="0029639D"/>
    <w:pPr>
      <w:spacing w:after="120"/>
      <w:ind w:left="720"/>
      <w:contextualSpacing/>
    </w:pPr>
  </w:style>
  <w:style w:type="paragraph" w:styleId="Seznam-nadaljevanje3">
    <w:name w:val="List Continue 3"/>
    <w:basedOn w:val="Navaden"/>
    <w:uiPriority w:val="99"/>
    <w:unhideWhenUsed/>
    <w:rsid w:val="0029639D"/>
    <w:pPr>
      <w:spacing w:after="120"/>
      <w:ind w:left="1080"/>
      <w:contextualSpacing/>
    </w:pPr>
  </w:style>
  <w:style w:type="paragraph" w:styleId="Makrobesedilo">
    <w:name w:val="macro"/>
    <w:link w:val="Makrobesedilo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besediloZnak">
    <w:name w:val="Makro besedilo Znak"/>
    <w:basedOn w:val="Privzetapisavaodstavka"/>
    <w:link w:val="Makrobesedilo"/>
    <w:uiPriority w:val="99"/>
    <w:rsid w:val="0029639D"/>
    <w:rPr>
      <w:rFonts w:ascii="Courier" w:hAnsi="Courier"/>
      <w:sz w:val="20"/>
      <w:szCs w:val="20"/>
    </w:rPr>
  </w:style>
  <w:style w:type="paragraph" w:styleId="Citat">
    <w:name w:val="Quote"/>
    <w:basedOn w:val="Navaden"/>
    <w:next w:val="Navaden"/>
    <w:link w:val="CitatZnak"/>
    <w:uiPriority w:val="29"/>
    <w:qFormat/>
    <w:rsid w:val="00FC693F"/>
    <w:rPr>
      <w:i/>
      <w:iCs/>
      <w:color w:val="000000" w:themeColor="text1"/>
    </w:rPr>
  </w:style>
  <w:style w:type="character" w:customStyle="1" w:styleId="CitatZnak">
    <w:name w:val="Citat Znak"/>
    <w:basedOn w:val="Privzetapisavaodstavka"/>
    <w:link w:val="Citat"/>
    <w:uiPriority w:val="29"/>
    <w:rsid w:val="00FC693F"/>
    <w:rPr>
      <w:i/>
      <w:iCs/>
      <w:color w:val="000000" w:themeColor="text1"/>
    </w:rPr>
  </w:style>
  <w:style w:type="character" w:customStyle="1" w:styleId="Naslov4Znak">
    <w:name w:val="Naslov 4 Znak"/>
    <w:basedOn w:val="Privzetapisavaodstav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FC693F"/>
    <w:pPr>
      <w:spacing w:line="240" w:lineRule="auto"/>
    </w:pPr>
    <w:rPr>
      <w:b/>
      <w:bCs/>
      <w:color w:val="4F81BD" w:themeColor="accent1"/>
      <w:sz w:val="18"/>
      <w:szCs w:val="18"/>
    </w:rPr>
  </w:style>
  <w:style w:type="character" w:styleId="Krepko">
    <w:name w:val="Strong"/>
    <w:basedOn w:val="Privzetapisavaodstavka"/>
    <w:uiPriority w:val="22"/>
    <w:qFormat/>
    <w:rsid w:val="00FC693F"/>
    <w:rPr>
      <w:b/>
      <w:bCs/>
    </w:rPr>
  </w:style>
  <w:style w:type="character" w:styleId="Poudarek">
    <w:name w:val="Emphasis"/>
    <w:basedOn w:val="Privzetapisavaodstavka"/>
    <w:uiPriority w:val="20"/>
    <w:qFormat/>
    <w:rsid w:val="00FC693F"/>
    <w:rPr>
      <w:i/>
      <w:iCs/>
    </w:rPr>
  </w:style>
  <w:style w:type="paragraph" w:styleId="Intenzivencitat">
    <w:name w:val="Intense Quote"/>
    <w:basedOn w:val="Navaden"/>
    <w:next w:val="Navaden"/>
    <w:link w:val="Intenziven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C693F"/>
    <w:rPr>
      <w:b/>
      <w:bCs/>
      <w:i/>
      <w:iCs/>
      <w:color w:val="4F81BD" w:themeColor="accent1"/>
    </w:rPr>
  </w:style>
  <w:style w:type="character" w:styleId="Neenpoudarek">
    <w:name w:val="Subtle Emphasis"/>
    <w:basedOn w:val="Privzetapisavaodstavka"/>
    <w:uiPriority w:val="19"/>
    <w:qFormat/>
    <w:rsid w:val="00FC693F"/>
    <w:rPr>
      <w:i/>
      <w:iCs/>
      <w:color w:val="808080" w:themeColor="text1" w:themeTint="7F"/>
    </w:rPr>
  </w:style>
  <w:style w:type="character" w:styleId="Intenzivenpoudarek">
    <w:name w:val="Intense Emphasis"/>
    <w:basedOn w:val="Privzetapisavaodstavka"/>
    <w:uiPriority w:val="21"/>
    <w:qFormat/>
    <w:rsid w:val="00FC693F"/>
    <w:rPr>
      <w:b/>
      <w:bCs/>
      <w:i/>
      <w:iCs/>
      <w:color w:val="4F81BD" w:themeColor="accent1"/>
    </w:rPr>
  </w:style>
  <w:style w:type="character" w:styleId="Neensklic">
    <w:name w:val="Subtle Reference"/>
    <w:basedOn w:val="Privzetapisavaodstavka"/>
    <w:uiPriority w:val="31"/>
    <w:qFormat/>
    <w:rsid w:val="00FC693F"/>
    <w:rPr>
      <w:smallCaps/>
      <w:color w:val="C0504D" w:themeColor="accent2"/>
      <w:u w:val="single"/>
    </w:rPr>
  </w:style>
  <w:style w:type="character" w:styleId="Intenzivensklic">
    <w:name w:val="Intense Reference"/>
    <w:basedOn w:val="Privzetapisavaodstavka"/>
    <w:uiPriority w:val="32"/>
    <w:qFormat/>
    <w:rsid w:val="00FC693F"/>
    <w:rPr>
      <w:b/>
      <w:bCs/>
      <w:smallCaps/>
      <w:color w:val="C0504D" w:themeColor="accent2"/>
      <w:spacing w:val="5"/>
      <w:u w:val="single"/>
    </w:rPr>
  </w:style>
  <w:style w:type="character" w:styleId="Naslovknjige">
    <w:name w:val="Book Title"/>
    <w:basedOn w:val="Privzetapisavaodstavka"/>
    <w:uiPriority w:val="33"/>
    <w:qFormat/>
    <w:rsid w:val="00FC693F"/>
    <w:rPr>
      <w:b/>
      <w:bCs/>
      <w:smallCaps/>
      <w:spacing w:val="5"/>
    </w:rPr>
  </w:style>
  <w:style w:type="paragraph" w:styleId="NaslovTOC">
    <w:name w:val="TOC Heading"/>
    <w:basedOn w:val="Naslov1"/>
    <w:next w:val="Navaden"/>
    <w:uiPriority w:val="39"/>
    <w:semiHidden/>
    <w:unhideWhenUsed/>
    <w:qFormat/>
    <w:rsid w:val="00FC693F"/>
    <w:pPr>
      <w:outlineLvl w:val="9"/>
    </w:pPr>
  </w:style>
  <w:style w:type="table" w:styleId="Tabelamrea">
    <w:name w:val="Table Grid"/>
    <w:basedOn w:val="Navad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elseznam">
    <w:name w:val="Light List"/>
    <w:basedOn w:val="Navad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2">
    <w:name w:val="Light List Accent 2"/>
    <w:basedOn w:val="Navad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elseznampoudarek3">
    <w:name w:val="Light List Accent 3"/>
    <w:basedOn w:val="Navad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elseznampoudarek4">
    <w:name w:val="Light List Accent 4"/>
    <w:basedOn w:val="Navad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elseznampoudarek5">
    <w:name w:val="Light List Accent 5"/>
    <w:basedOn w:val="Navad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elseznampoudarek6">
    <w:name w:val="Light List Accent 6"/>
    <w:basedOn w:val="Navad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mrea">
    <w:name w:val="Light Grid"/>
    <w:basedOn w:val="Navad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mreapoudarek2">
    <w:name w:val="Light Grid Accent 2"/>
    <w:basedOn w:val="Navad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mreapoudarek3">
    <w:name w:val="Light Grid Accent 3"/>
    <w:basedOn w:val="Navad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4">
    <w:name w:val="Light Grid Accent 4"/>
    <w:basedOn w:val="Navad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mreapoudarek5">
    <w:name w:val="Light Grid Accent 5"/>
    <w:basedOn w:val="Navad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mreapoudarek6">
    <w:name w:val="Light Grid Accent 6"/>
    <w:basedOn w:val="Navad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avad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1">
    <w:name w:val="Medium Shading 2 Accent 1"/>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2">
    <w:name w:val="Medium Shading 2 Accent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3">
    <w:name w:val="Medium Shading 2 Accent 3"/>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4">
    <w:name w:val="Medium Shading 2 Accent 4"/>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5">
    <w:name w:val="Medium Shading 2 Accent 5"/>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6">
    <w:name w:val="Medium Shading 2 Accent 6"/>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eznam1">
    <w:name w:val="Medium List 1"/>
    <w:basedOn w:val="Navad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seznam1poudarek2">
    <w:name w:val="Medium List 1 Accent 2"/>
    <w:basedOn w:val="Navad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eznam1poudarek3">
    <w:name w:val="Medium List 1 Accent 3"/>
    <w:basedOn w:val="Navad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1poudarek4">
    <w:name w:val="Medium List 1 Accent 4"/>
    <w:basedOn w:val="Navad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eznam1poudarek5">
    <w:name w:val="Medium List 1 Accent 5"/>
    <w:basedOn w:val="Navad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eznam1poudarek6">
    <w:name w:val="Medium List 1 Accent 6"/>
    <w:basedOn w:val="Navad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eznam2">
    <w:name w:val="Medium Lis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
    <w:name w:val="Medium Grid 1"/>
    <w:basedOn w:val="Navad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2">
    <w:name w:val="Medium Grid 1 Accent 2"/>
    <w:basedOn w:val="Navad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4">
    <w:name w:val="Medium Grid 1 Accent 4"/>
    <w:basedOn w:val="Navad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5">
    <w:name w:val="Medium Grid 1 Accent 5"/>
    <w:basedOn w:val="Navad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mrea1poudarek6">
    <w:name w:val="Medium Grid 1 Accent 6"/>
    <w:basedOn w:val="Navad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mrea2">
    <w:name w:val="Medium Grid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2">
    <w:name w:val="Medium Grid 3 Accent 2"/>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mrea3poudarek3">
    <w:name w:val="Medium Grid 3 Accent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mrea3poudarek4">
    <w:name w:val="Medium Grid 3 Accent 4"/>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mrea3poudarek5">
    <w:name w:val="Medium Grid 3 Accent 5"/>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mrea3poudarek6">
    <w:name w:val="Medium Grid 3 Accent 6"/>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emenseznam">
    <w:name w:val="Dark List"/>
    <w:basedOn w:val="Navad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emenseznampoudarek2">
    <w:name w:val="Dark List Accent 2"/>
    <w:basedOn w:val="Navad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emenseznampoudarek3">
    <w:name w:val="Dark List Accent 3"/>
    <w:basedOn w:val="Navad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emenseznampoudarek4">
    <w:name w:val="Dark List Accent 4"/>
    <w:basedOn w:val="Navad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emenseznampoudarek5">
    <w:name w:val="Dark List Accent 5"/>
    <w:basedOn w:val="Navad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emenseznampoudarek6">
    <w:name w:val="Dark List Accent 6"/>
    <w:basedOn w:val="Navad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vnosenenje">
    <w:name w:val="Colorful Shading"/>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vnosenenjepoudarek4">
    <w:name w:val="Colorful Shading Accent 4"/>
    <w:basedOn w:val="Navad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vniseznam">
    <w:name w:val="Colorful List"/>
    <w:basedOn w:val="Navad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vniseznampoudarek2">
    <w:name w:val="Colorful List Accent 2"/>
    <w:basedOn w:val="Navad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venseznampoudarek3">
    <w:name w:val="Colorful List Accent 3"/>
    <w:basedOn w:val="Navad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vniseznampoudarek4">
    <w:name w:val="Colorful List Accent 4"/>
    <w:basedOn w:val="Navad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vniseznampoudarek5">
    <w:name w:val="Colorful List Accent 5"/>
    <w:basedOn w:val="Navad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vniseznampoudarek6">
    <w:name w:val="Colorful List Accent 6"/>
    <w:basedOn w:val="Navad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vnamrea">
    <w:name w:val="Colorful Grid"/>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vnamreapoudarek2">
    <w:name w:val="Colorful Grid Accent 2"/>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vnamreapoudarek3">
    <w:name w:val="Colorful Grid Accent 3"/>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vnamreapoudarek4">
    <w:name w:val="Colorful Grid Accent 4"/>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vnamreapoudarek5">
    <w:name w:val="Colorful Grid Accent 5"/>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vnamreapoudarek6">
    <w:name w:val="Colorful Grid Accent 6"/>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Besedilooznabemesta">
    <w:name w:val="Placeholder Text"/>
    <w:basedOn w:val="Privzetapisavaodstavka"/>
    <w:uiPriority w:val="99"/>
    <w:semiHidden/>
    <w:rsid w:val="00B440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Splošno"/>
          <w:gallery w:val="placeholder"/>
        </w:category>
        <w:types>
          <w:type w:val="bbPlcHdr"/>
        </w:types>
        <w:behaviors>
          <w:behavior w:val="content"/>
        </w:behaviors>
        <w:guid w:val="{74066055-0E99-4E49-9D3C-83DC6FB3334C}"/>
      </w:docPartPr>
      <w:docPartBody>
        <w:p w:rsidR="0088233A" w:rsidRDefault="00A62989">
          <w:r w:rsidRPr="007D4B4E">
            <w:rPr>
              <w:rStyle w:val="Besedilooznabemesta"/>
            </w:rPr>
            <w:t>Kliknite ali tapnite tukaj, če želite vnesti besedilo.</w:t>
          </w:r>
        </w:p>
      </w:docPartBody>
    </w:docPart>
    <w:docPart>
      <w:docPartPr>
        <w:name w:val="563B85EA6D374FE18DD25DBA799B09EB"/>
        <w:category>
          <w:name w:val="Splošno"/>
          <w:gallery w:val="placeholder"/>
        </w:category>
        <w:types>
          <w:type w:val="bbPlcHdr"/>
        </w:types>
        <w:behaviors>
          <w:behavior w:val="content"/>
        </w:behaviors>
        <w:guid w:val="{8C3B5F80-62FA-42E6-9656-442CE4338836}"/>
      </w:docPartPr>
      <w:docPartBody>
        <w:p w:rsidR="0088233A" w:rsidRDefault="00A62989" w:rsidP="00A62989">
          <w:pPr>
            <w:pStyle w:val="563B85EA6D374FE18DD25DBA799B09EB"/>
          </w:pPr>
          <w:r w:rsidRPr="007D4B4E">
            <w:rPr>
              <w:rStyle w:val="Besedilooznabemesta"/>
            </w:rPr>
            <w:t>Kliknite ali tapnite tukaj, če želite vnesti besedilo.</w:t>
          </w:r>
        </w:p>
      </w:docPartBody>
    </w:docPart>
    <w:docPart>
      <w:docPartPr>
        <w:name w:val="003F452DBCF34FAB81904F2ED23891E9"/>
        <w:category>
          <w:name w:val="Splošno"/>
          <w:gallery w:val="placeholder"/>
        </w:category>
        <w:types>
          <w:type w:val="bbPlcHdr"/>
        </w:types>
        <w:behaviors>
          <w:behavior w:val="content"/>
        </w:behaviors>
        <w:guid w:val="{BCACFD0C-33C5-4A67-BFD0-665C5EEBAC72}"/>
      </w:docPartPr>
      <w:docPartBody>
        <w:p w:rsidR="0088233A" w:rsidRDefault="00A62989" w:rsidP="00A62989">
          <w:pPr>
            <w:pStyle w:val="003F452DBCF34FAB81904F2ED23891E9"/>
          </w:pPr>
          <w:r w:rsidRPr="007D4B4E">
            <w:rPr>
              <w:rStyle w:val="Besedilooznabemesta"/>
            </w:rPr>
            <w:t>Kliknite ali tapnite tukaj, če želite vnesti besedilo.</w:t>
          </w:r>
        </w:p>
      </w:docPartBody>
    </w:docPart>
    <w:docPart>
      <w:docPartPr>
        <w:name w:val="8F48F7B66A8D48C9A7CF828E805C9A9D"/>
        <w:category>
          <w:name w:val="Splošno"/>
          <w:gallery w:val="placeholder"/>
        </w:category>
        <w:types>
          <w:type w:val="bbPlcHdr"/>
        </w:types>
        <w:behaviors>
          <w:behavior w:val="content"/>
        </w:behaviors>
        <w:guid w:val="{BFAB5D57-1F0C-46CE-ADE6-884F508B6D37}"/>
      </w:docPartPr>
      <w:docPartBody>
        <w:p w:rsidR="0088233A" w:rsidRDefault="00A62989" w:rsidP="00A62989">
          <w:pPr>
            <w:pStyle w:val="8F48F7B66A8D48C9A7CF828E805C9A9D"/>
          </w:pPr>
          <w:r w:rsidRPr="007D4B4E">
            <w:rPr>
              <w:rStyle w:val="Besedilooznabemesta"/>
            </w:rPr>
            <w:t>Kliknite ali tapnite tukaj, če želite vnesti besedilo.</w:t>
          </w:r>
        </w:p>
      </w:docPartBody>
    </w:docPart>
    <w:docPart>
      <w:docPartPr>
        <w:name w:val="A51B0ECCDD354425A293E98B376E6F3C"/>
        <w:category>
          <w:name w:val="Splošno"/>
          <w:gallery w:val="placeholder"/>
        </w:category>
        <w:types>
          <w:type w:val="bbPlcHdr"/>
        </w:types>
        <w:behaviors>
          <w:behavior w:val="content"/>
        </w:behaviors>
        <w:guid w:val="{CA44068F-D46E-465B-BA39-7EA9E88CEC3F}"/>
      </w:docPartPr>
      <w:docPartBody>
        <w:p w:rsidR="0088233A" w:rsidRDefault="00A62989" w:rsidP="00A62989">
          <w:pPr>
            <w:pStyle w:val="A51B0ECCDD354425A293E98B376E6F3C"/>
          </w:pPr>
          <w:r w:rsidRPr="007D4B4E">
            <w:rPr>
              <w:rStyle w:val="Besedilooznabemesta"/>
            </w:rPr>
            <w:t>Kliknite ali tapnite tukaj, če želite vnesti besedilo.</w:t>
          </w:r>
        </w:p>
      </w:docPartBody>
    </w:docPart>
    <w:docPart>
      <w:docPartPr>
        <w:name w:val="10DC0F2265274FE6A2C6B8C24027AFE7"/>
        <w:category>
          <w:name w:val="Splošno"/>
          <w:gallery w:val="placeholder"/>
        </w:category>
        <w:types>
          <w:type w:val="bbPlcHdr"/>
        </w:types>
        <w:behaviors>
          <w:behavior w:val="content"/>
        </w:behaviors>
        <w:guid w:val="{55364961-333B-4945-9384-DCB10DF76EA1}"/>
      </w:docPartPr>
      <w:docPartBody>
        <w:p w:rsidR="0088233A" w:rsidRDefault="00A62989" w:rsidP="00A62989">
          <w:pPr>
            <w:pStyle w:val="10DC0F2265274FE6A2C6B8C24027AFE7"/>
          </w:pPr>
          <w:r w:rsidRPr="007D4B4E">
            <w:rPr>
              <w:rStyle w:val="Besedilooznabemesta"/>
            </w:rPr>
            <w:t>Kliknite ali tapnite tukaj, če želite vnesti besedilo.</w:t>
          </w:r>
        </w:p>
      </w:docPartBody>
    </w:docPart>
    <w:docPart>
      <w:docPartPr>
        <w:name w:val="E0BAE629C3CD411E9B2F89C996D3DDA7"/>
        <w:category>
          <w:name w:val="Splošno"/>
          <w:gallery w:val="placeholder"/>
        </w:category>
        <w:types>
          <w:type w:val="bbPlcHdr"/>
        </w:types>
        <w:behaviors>
          <w:behavior w:val="content"/>
        </w:behaviors>
        <w:guid w:val="{7292C2EF-FD22-4577-96E7-78C160B73D66}"/>
      </w:docPartPr>
      <w:docPartBody>
        <w:p w:rsidR="0088233A" w:rsidRDefault="00A62989" w:rsidP="00A62989">
          <w:pPr>
            <w:pStyle w:val="E0BAE629C3CD411E9B2F89C996D3DDA7"/>
          </w:pPr>
          <w:r w:rsidRPr="007D4B4E">
            <w:rPr>
              <w:rStyle w:val="Besedilooznabemesta"/>
            </w:rPr>
            <w:t>Kliknite ali tapnite tukaj, če želite vnesti besedilo.</w:t>
          </w:r>
        </w:p>
      </w:docPartBody>
    </w:docPart>
    <w:docPart>
      <w:docPartPr>
        <w:name w:val="82FD60D412184005A3B029CD8C7DD40E"/>
        <w:category>
          <w:name w:val="Splošno"/>
          <w:gallery w:val="placeholder"/>
        </w:category>
        <w:types>
          <w:type w:val="bbPlcHdr"/>
        </w:types>
        <w:behaviors>
          <w:behavior w:val="content"/>
        </w:behaviors>
        <w:guid w:val="{0888616F-5862-4900-89C4-87A9FF7E6B64}"/>
      </w:docPartPr>
      <w:docPartBody>
        <w:p w:rsidR="0088233A" w:rsidRDefault="00A62989" w:rsidP="00A62989">
          <w:pPr>
            <w:pStyle w:val="82FD60D412184005A3B029CD8C7DD40E"/>
          </w:pPr>
          <w:r w:rsidRPr="007D4B4E">
            <w:rPr>
              <w:rStyle w:val="Besedilooznabemesta"/>
            </w:rPr>
            <w:t>Kliknite ali tapnite tukaj, če želite vnesti besedilo.</w:t>
          </w:r>
        </w:p>
      </w:docPartBody>
    </w:docPart>
    <w:docPart>
      <w:docPartPr>
        <w:name w:val="71B6E921D2E9474297C8460019125335"/>
        <w:category>
          <w:name w:val="Splošno"/>
          <w:gallery w:val="placeholder"/>
        </w:category>
        <w:types>
          <w:type w:val="bbPlcHdr"/>
        </w:types>
        <w:behaviors>
          <w:behavior w:val="content"/>
        </w:behaviors>
        <w:guid w:val="{D9646164-5DED-4F7D-940D-A8DB8EDC0B98}"/>
      </w:docPartPr>
      <w:docPartBody>
        <w:p w:rsidR="0088233A" w:rsidRDefault="00A62989" w:rsidP="00A62989">
          <w:pPr>
            <w:pStyle w:val="71B6E921D2E9474297C8460019125335"/>
          </w:pPr>
          <w:r w:rsidRPr="007D4B4E">
            <w:rPr>
              <w:rStyle w:val="Besedilooznabemesta"/>
            </w:rPr>
            <w:t>Kliknite ali tapnite tukaj, če želite vnesti besedilo.</w:t>
          </w:r>
        </w:p>
      </w:docPartBody>
    </w:docPart>
    <w:docPart>
      <w:docPartPr>
        <w:name w:val="D0CD9968B15C4EA6A889A7208FF810D7"/>
        <w:category>
          <w:name w:val="Splošno"/>
          <w:gallery w:val="placeholder"/>
        </w:category>
        <w:types>
          <w:type w:val="bbPlcHdr"/>
        </w:types>
        <w:behaviors>
          <w:behavior w:val="content"/>
        </w:behaviors>
        <w:guid w:val="{114CF48B-0487-41CB-A9FB-EB9C14750DF9}"/>
      </w:docPartPr>
      <w:docPartBody>
        <w:p w:rsidR="0088233A" w:rsidRDefault="00A62989" w:rsidP="00A62989">
          <w:pPr>
            <w:pStyle w:val="D0CD9968B15C4EA6A889A7208FF810D7"/>
          </w:pPr>
          <w:r w:rsidRPr="007D4B4E">
            <w:rPr>
              <w:rStyle w:val="Besedilooznabemesta"/>
            </w:rPr>
            <w:t>Kliknite ali tapnite tukaj, če želite vnesti besedilo.</w:t>
          </w:r>
        </w:p>
      </w:docPartBody>
    </w:docPart>
    <w:docPart>
      <w:docPartPr>
        <w:name w:val="0996F0A7841F497AB594E63416180206"/>
        <w:category>
          <w:name w:val="Splošno"/>
          <w:gallery w:val="placeholder"/>
        </w:category>
        <w:types>
          <w:type w:val="bbPlcHdr"/>
        </w:types>
        <w:behaviors>
          <w:behavior w:val="content"/>
        </w:behaviors>
        <w:guid w:val="{AE8FF031-7DFB-4A20-9B44-6F83A9FFB244}"/>
      </w:docPartPr>
      <w:docPartBody>
        <w:p w:rsidR="0088233A" w:rsidRDefault="00A62989" w:rsidP="00A62989">
          <w:pPr>
            <w:pStyle w:val="0996F0A7841F497AB594E63416180206"/>
          </w:pPr>
          <w:r w:rsidRPr="007D4B4E">
            <w:rPr>
              <w:rStyle w:val="Besedilooznabemesta"/>
            </w:rPr>
            <w:t>Kliknite ali tapnite tukaj, če želite vnesti besedilo.</w:t>
          </w:r>
        </w:p>
      </w:docPartBody>
    </w:docPart>
    <w:docPart>
      <w:docPartPr>
        <w:name w:val="1BC4BE5A760249D59B61F800E4B24305"/>
        <w:category>
          <w:name w:val="Splošno"/>
          <w:gallery w:val="placeholder"/>
        </w:category>
        <w:types>
          <w:type w:val="bbPlcHdr"/>
        </w:types>
        <w:behaviors>
          <w:behavior w:val="content"/>
        </w:behaviors>
        <w:guid w:val="{1F83678E-3799-484C-8DC8-FE9DE1CA47C0}"/>
      </w:docPartPr>
      <w:docPartBody>
        <w:p w:rsidR="0088233A" w:rsidRDefault="00A62989" w:rsidP="00A62989">
          <w:pPr>
            <w:pStyle w:val="1BC4BE5A760249D59B61F800E4B24305"/>
          </w:pPr>
          <w:r w:rsidRPr="007D4B4E">
            <w:rPr>
              <w:rStyle w:val="Besedilooznabemesta"/>
            </w:rPr>
            <w:t>Kliknite ali tapnite tukaj, če želite vnesti besedilo.</w:t>
          </w:r>
        </w:p>
      </w:docPartBody>
    </w:docPart>
    <w:docPart>
      <w:docPartPr>
        <w:name w:val="D3B7786614454932979C62BBF93D6B7B"/>
        <w:category>
          <w:name w:val="Splošno"/>
          <w:gallery w:val="placeholder"/>
        </w:category>
        <w:types>
          <w:type w:val="bbPlcHdr"/>
        </w:types>
        <w:behaviors>
          <w:behavior w:val="content"/>
        </w:behaviors>
        <w:guid w:val="{B628DEEF-29FD-4BA4-AB8F-671CD765158C}"/>
      </w:docPartPr>
      <w:docPartBody>
        <w:p w:rsidR="0088233A" w:rsidRDefault="00A62989" w:rsidP="00A62989">
          <w:pPr>
            <w:pStyle w:val="D3B7786614454932979C62BBF93D6B7B"/>
          </w:pPr>
          <w:r w:rsidRPr="007D4B4E">
            <w:rPr>
              <w:rStyle w:val="Besedilooznabemesta"/>
            </w:rPr>
            <w:t>Kliknite ali tapnite tukaj, če želite vnesti besedilo.</w:t>
          </w:r>
        </w:p>
      </w:docPartBody>
    </w:docPart>
    <w:docPart>
      <w:docPartPr>
        <w:name w:val="AD6846DFF15B4FBCA3119DBDA9FF0914"/>
        <w:category>
          <w:name w:val="Splošno"/>
          <w:gallery w:val="placeholder"/>
        </w:category>
        <w:types>
          <w:type w:val="bbPlcHdr"/>
        </w:types>
        <w:behaviors>
          <w:behavior w:val="content"/>
        </w:behaviors>
        <w:guid w:val="{CBCC094D-5DB5-4FF7-8217-1AFF462E3AAE}"/>
      </w:docPartPr>
      <w:docPartBody>
        <w:p w:rsidR="0088233A" w:rsidRDefault="00A62989" w:rsidP="00A62989">
          <w:pPr>
            <w:pStyle w:val="AD6846DFF15B4FBCA3119DBDA9FF0914"/>
          </w:pPr>
          <w:r w:rsidRPr="007D4B4E">
            <w:rPr>
              <w:rStyle w:val="Besedilooznabemesta"/>
            </w:rPr>
            <w:t>Kliknite ali tapnite tukaj, če želite vnesti besedilo.</w:t>
          </w:r>
        </w:p>
      </w:docPartBody>
    </w:docPart>
    <w:docPart>
      <w:docPartPr>
        <w:name w:val="6CF3FC2BD91746C8969B1DA2CD3DB821"/>
        <w:category>
          <w:name w:val="Splošno"/>
          <w:gallery w:val="placeholder"/>
        </w:category>
        <w:types>
          <w:type w:val="bbPlcHdr"/>
        </w:types>
        <w:behaviors>
          <w:behavior w:val="content"/>
        </w:behaviors>
        <w:guid w:val="{D8E55F11-62D8-4EC9-84C5-3FA0484B2BD0}"/>
      </w:docPartPr>
      <w:docPartBody>
        <w:p w:rsidR="0088233A" w:rsidRDefault="00A62989" w:rsidP="00A62989">
          <w:pPr>
            <w:pStyle w:val="6CF3FC2BD91746C8969B1DA2CD3DB821"/>
          </w:pPr>
          <w:r w:rsidRPr="007D4B4E">
            <w:rPr>
              <w:rStyle w:val="Besedilooznabemesta"/>
            </w:rPr>
            <w:t>Kliknite ali tapnite tukaj, če želite vnesti besedilo.</w:t>
          </w:r>
        </w:p>
      </w:docPartBody>
    </w:docPart>
    <w:docPart>
      <w:docPartPr>
        <w:name w:val="FCBFDC70678644D19EAB9C14FF494AD6"/>
        <w:category>
          <w:name w:val="Splošno"/>
          <w:gallery w:val="placeholder"/>
        </w:category>
        <w:types>
          <w:type w:val="bbPlcHdr"/>
        </w:types>
        <w:behaviors>
          <w:behavior w:val="content"/>
        </w:behaviors>
        <w:guid w:val="{E188385E-BA5C-4DB1-A644-25B916C454C3}"/>
      </w:docPartPr>
      <w:docPartBody>
        <w:p w:rsidR="0088233A" w:rsidRDefault="00A62989" w:rsidP="00A62989">
          <w:pPr>
            <w:pStyle w:val="FCBFDC70678644D19EAB9C14FF494AD6"/>
          </w:pPr>
          <w:r w:rsidRPr="007D4B4E">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89"/>
    <w:rsid w:val="001159BB"/>
    <w:rsid w:val="00340365"/>
    <w:rsid w:val="0054031D"/>
    <w:rsid w:val="00571372"/>
    <w:rsid w:val="005E33A5"/>
    <w:rsid w:val="008211B8"/>
    <w:rsid w:val="0088233A"/>
    <w:rsid w:val="008D22AC"/>
    <w:rsid w:val="00951952"/>
    <w:rsid w:val="00A57130"/>
    <w:rsid w:val="00A62989"/>
    <w:rsid w:val="00B17023"/>
    <w:rsid w:val="00BB1E81"/>
    <w:rsid w:val="00C112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159BB"/>
    <w:rPr>
      <w:color w:val="666666"/>
    </w:rPr>
  </w:style>
  <w:style w:type="paragraph" w:customStyle="1" w:styleId="563B85EA6D374FE18DD25DBA799B09EB">
    <w:name w:val="563B85EA6D374FE18DD25DBA799B09EB"/>
    <w:rsid w:val="00A62989"/>
  </w:style>
  <w:style w:type="paragraph" w:customStyle="1" w:styleId="6BB4C41A09CD4662B634267FA7A218C4">
    <w:name w:val="6BB4C41A09CD4662B634267FA7A218C4"/>
    <w:rsid w:val="00A62989"/>
  </w:style>
  <w:style w:type="paragraph" w:customStyle="1" w:styleId="003F452DBCF34FAB81904F2ED23891E9">
    <w:name w:val="003F452DBCF34FAB81904F2ED23891E9"/>
    <w:rsid w:val="00A62989"/>
  </w:style>
  <w:style w:type="paragraph" w:customStyle="1" w:styleId="8F48F7B66A8D48C9A7CF828E805C9A9D">
    <w:name w:val="8F48F7B66A8D48C9A7CF828E805C9A9D"/>
    <w:rsid w:val="00A62989"/>
  </w:style>
  <w:style w:type="paragraph" w:customStyle="1" w:styleId="A51B0ECCDD354425A293E98B376E6F3C">
    <w:name w:val="A51B0ECCDD354425A293E98B376E6F3C"/>
    <w:rsid w:val="00A62989"/>
  </w:style>
  <w:style w:type="paragraph" w:customStyle="1" w:styleId="10DC0F2265274FE6A2C6B8C24027AFE7">
    <w:name w:val="10DC0F2265274FE6A2C6B8C24027AFE7"/>
    <w:rsid w:val="00A62989"/>
  </w:style>
  <w:style w:type="paragraph" w:customStyle="1" w:styleId="E0BAE629C3CD411E9B2F89C996D3DDA7">
    <w:name w:val="E0BAE629C3CD411E9B2F89C996D3DDA7"/>
    <w:rsid w:val="00A62989"/>
  </w:style>
  <w:style w:type="paragraph" w:customStyle="1" w:styleId="82FD60D412184005A3B029CD8C7DD40E">
    <w:name w:val="82FD60D412184005A3B029CD8C7DD40E"/>
    <w:rsid w:val="00A62989"/>
  </w:style>
  <w:style w:type="paragraph" w:customStyle="1" w:styleId="71B6E921D2E9474297C8460019125335">
    <w:name w:val="71B6E921D2E9474297C8460019125335"/>
    <w:rsid w:val="00A62989"/>
  </w:style>
  <w:style w:type="paragraph" w:customStyle="1" w:styleId="D0CD9968B15C4EA6A889A7208FF810D7">
    <w:name w:val="D0CD9968B15C4EA6A889A7208FF810D7"/>
    <w:rsid w:val="00A62989"/>
  </w:style>
  <w:style w:type="paragraph" w:customStyle="1" w:styleId="0996F0A7841F497AB594E63416180206">
    <w:name w:val="0996F0A7841F497AB594E63416180206"/>
    <w:rsid w:val="00A62989"/>
  </w:style>
  <w:style w:type="paragraph" w:customStyle="1" w:styleId="1BC4BE5A760249D59B61F800E4B24305">
    <w:name w:val="1BC4BE5A760249D59B61F800E4B24305"/>
    <w:rsid w:val="00A62989"/>
  </w:style>
  <w:style w:type="paragraph" w:customStyle="1" w:styleId="D3B7786614454932979C62BBF93D6B7B">
    <w:name w:val="D3B7786614454932979C62BBF93D6B7B"/>
    <w:rsid w:val="00A62989"/>
  </w:style>
  <w:style w:type="paragraph" w:customStyle="1" w:styleId="AD6846DFF15B4FBCA3119DBDA9FF0914">
    <w:name w:val="AD6846DFF15B4FBCA3119DBDA9FF0914"/>
    <w:rsid w:val="00A62989"/>
  </w:style>
  <w:style w:type="paragraph" w:customStyle="1" w:styleId="0BBF59C8CCD84F28BCC0CCCE1F4C1F74">
    <w:name w:val="0BBF59C8CCD84F28BCC0CCCE1F4C1F74"/>
    <w:rsid w:val="00A62989"/>
  </w:style>
  <w:style w:type="paragraph" w:customStyle="1" w:styleId="6DF6AFBFB183464FA73155F3C59241C4">
    <w:name w:val="6DF6AFBFB183464FA73155F3C59241C4"/>
    <w:rsid w:val="00A62989"/>
  </w:style>
  <w:style w:type="paragraph" w:customStyle="1" w:styleId="0D365A97E47B466FAD05817A43CF9D7C">
    <w:name w:val="0D365A97E47B466FAD05817A43CF9D7C"/>
    <w:rsid w:val="00A62989"/>
  </w:style>
  <w:style w:type="paragraph" w:customStyle="1" w:styleId="6CF3FC2BD91746C8969B1DA2CD3DB821">
    <w:name w:val="6CF3FC2BD91746C8969B1DA2CD3DB821"/>
    <w:rsid w:val="00A62989"/>
  </w:style>
  <w:style w:type="paragraph" w:customStyle="1" w:styleId="FCBFDC70678644D19EAB9C14FF494AD6">
    <w:name w:val="FCBFDC70678644D19EAB9C14FF494AD6"/>
    <w:rsid w:val="00A62989"/>
  </w:style>
  <w:style w:type="paragraph" w:customStyle="1" w:styleId="99C473945FE044BFA7CB5B22F25B599D">
    <w:name w:val="99C473945FE044BFA7CB5B22F25B599D"/>
    <w:rsid w:val="00115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Erstellt von python-docx</dc:description>
  <cp:lastModifiedBy>Igor Börc</cp:lastModifiedBy>
  <cp:revision>25</cp:revision>
  <dcterms:created xsi:type="dcterms:W3CDTF">2026-08-06T08:31:00Z</dcterms:created>
  <dcterms:modified xsi:type="dcterms:W3CDTF">2026-08-24T12:18:00Z</dcterms:modified>
  <cp:category/>
</cp:coreProperties>
</file>