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523FB2" w14:textId="77777777" w:rsidR="00DA5124" w:rsidRDefault="00DA5124">
      <w:pPr>
        <w:jc w:val="center"/>
        <w:rPr>
          <w:b/>
          <w:color w:val="1F4E78"/>
          <w:sz w:val="44"/>
          <w:lang w:val="sl-SI"/>
        </w:rPr>
      </w:pPr>
    </w:p>
    <w:p w14:paraId="73445DD4" w14:textId="7F003DDD" w:rsidR="00507A11" w:rsidRPr="00BD1580" w:rsidRDefault="00145834">
      <w:pPr>
        <w:jc w:val="center"/>
        <w:rPr>
          <w:lang w:val="sl-SI"/>
        </w:rPr>
      </w:pPr>
      <w:r w:rsidRPr="00BD1580">
        <w:rPr>
          <w:b/>
          <w:color w:val="1F4E78"/>
          <w:sz w:val="44"/>
          <w:lang w:val="sl-SI"/>
        </w:rPr>
        <w:t>PRIJAVNICA</w:t>
      </w:r>
    </w:p>
    <w:p w14:paraId="0EE0D243" w14:textId="77777777" w:rsidR="00DA5124" w:rsidRDefault="00DA5124" w:rsidP="00026336">
      <w:pPr>
        <w:jc w:val="center"/>
        <w:rPr>
          <w:b/>
          <w:bCs/>
          <w:lang w:val="sl-SI"/>
        </w:rPr>
      </w:pPr>
    </w:p>
    <w:p w14:paraId="20D082AE" w14:textId="3962659C" w:rsidR="00507A11" w:rsidRDefault="001D2A1C" w:rsidP="00026336">
      <w:pPr>
        <w:jc w:val="center"/>
        <w:rPr>
          <w:b/>
          <w:bCs/>
          <w:lang w:val="sl-SI"/>
        </w:rPr>
      </w:pPr>
      <w:r w:rsidRPr="00BD1580">
        <w:rPr>
          <w:b/>
          <w:bCs/>
          <w:lang w:val="sl-SI"/>
        </w:rPr>
        <w:t>“</w:t>
      </w:r>
      <w:r w:rsidR="00145834" w:rsidRPr="00BD1580">
        <w:rPr>
          <w:b/>
          <w:bCs/>
          <w:lang w:val="sl-SI"/>
        </w:rPr>
        <w:t xml:space="preserve">Predstavitev tehnološke rešitve za </w:t>
      </w:r>
      <w:r w:rsidR="00571317" w:rsidRPr="00BD1580">
        <w:rPr>
          <w:b/>
          <w:bCs/>
          <w:lang w:val="sl-SI"/>
        </w:rPr>
        <w:t>namene pilotnih aktivnosti v projektu MEDICONET</w:t>
      </w:r>
      <w:r w:rsidRPr="00BD1580">
        <w:rPr>
          <w:b/>
          <w:bCs/>
          <w:lang w:val="sl-SI"/>
        </w:rPr>
        <w:t>”</w:t>
      </w:r>
    </w:p>
    <w:p w14:paraId="2D58C894" w14:textId="77777777" w:rsidR="00DA5124" w:rsidRPr="00BD1580" w:rsidRDefault="00DA5124" w:rsidP="00026336">
      <w:pPr>
        <w:jc w:val="center"/>
        <w:rPr>
          <w:b/>
          <w:bCs/>
          <w:lang w:val="sl-SI"/>
        </w:rPr>
      </w:pPr>
    </w:p>
    <w:p w14:paraId="7A322001" w14:textId="4BA4CD2A" w:rsidR="00507A11" w:rsidRDefault="00145834" w:rsidP="00026336">
      <w:pPr>
        <w:jc w:val="both"/>
        <w:rPr>
          <w:lang w:val="sl-SI"/>
        </w:rPr>
      </w:pPr>
      <w:r w:rsidRPr="00BD1580">
        <w:rPr>
          <w:b/>
          <w:bCs/>
          <w:lang w:val="sl-SI"/>
        </w:rPr>
        <w:t>Navodilo:</w:t>
      </w:r>
      <w:r w:rsidRPr="00BD1580">
        <w:rPr>
          <w:lang w:val="sl-SI"/>
        </w:rPr>
        <w:t xml:space="preserve"> izpolnite eno prijavnico za vsako rešitev, jo shranite v PDF in oddajte prek spletne</w:t>
      </w:r>
      <w:r w:rsidR="00B25063" w:rsidRPr="00BD1580">
        <w:rPr>
          <w:lang w:val="sl-SI"/>
        </w:rPr>
        <w:t xml:space="preserve"> povezave</w:t>
      </w:r>
      <w:r w:rsidRPr="00BD1580">
        <w:rPr>
          <w:lang w:val="sl-SI"/>
        </w:rPr>
        <w:t xml:space="preserve">. </w:t>
      </w:r>
      <w:r w:rsidR="00FF06BC" w:rsidRPr="00BD1580">
        <w:rPr>
          <w:lang w:val="sl-SI"/>
        </w:rPr>
        <w:t>Za vsako rešit</w:t>
      </w:r>
      <w:r w:rsidR="00D92D3F" w:rsidRPr="00BD1580">
        <w:rPr>
          <w:lang w:val="sl-SI"/>
        </w:rPr>
        <w:t>ev</w:t>
      </w:r>
      <w:r w:rsidR="00FF06BC" w:rsidRPr="00BD1580">
        <w:rPr>
          <w:lang w:val="sl-SI"/>
        </w:rPr>
        <w:t xml:space="preserve"> lahko priložite dodatna gradiva</w:t>
      </w:r>
      <w:r w:rsidR="00026336" w:rsidRPr="00BD1580">
        <w:rPr>
          <w:lang w:val="sl-SI"/>
        </w:rPr>
        <w:t xml:space="preserve"> (slike, opise, video…)</w:t>
      </w:r>
      <w:r w:rsidRPr="00BD1580">
        <w:rPr>
          <w:lang w:val="sl-SI"/>
        </w:rPr>
        <w:t>. Ne vključujte podatkov o pacientih.</w:t>
      </w:r>
      <w:r w:rsidR="001A0D30" w:rsidRPr="00BD1580">
        <w:rPr>
          <w:lang w:val="sl-SI"/>
        </w:rPr>
        <w:t xml:space="preserve"> Točke označene z zvezdico so obvezne.</w:t>
      </w:r>
    </w:p>
    <w:p w14:paraId="04DAC64D" w14:textId="77777777" w:rsidR="00DA5124" w:rsidRPr="00BD1580" w:rsidRDefault="00DA5124" w:rsidP="00026336">
      <w:pPr>
        <w:jc w:val="both"/>
        <w:rPr>
          <w:lang w:val="sl-SI"/>
        </w:rPr>
      </w:pPr>
    </w:p>
    <w:p w14:paraId="7002BB8C" w14:textId="5C04E9C7" w:rsidR="00507A11" w:rsidRPr="00BD1580" w:rsidRDefault="00145834">
      <w:pPr>
        <w:pStyle w:val="Naslov1"/>
        <w:rPr>
          <w:lang w:val="sl-SI"/>
        </w:rPr>
      </w:pPr>
      <w:r w:rsidRPr="00BD1580">
        <w:rPr>
          <w:lang w:val="sl-SI"/>
        </w:rPr>
        <w:t>A. Podjetje in kontakt</w:t>
      </w:r>
      <w:r w:rsidR="005D59DF" w:rsidRPr="00BD1580">
        <w:rPr>
          <w:lang w:val="sl-SI"/>
        </w:rPr>
        <w:t>*</w:t>
      </w:r>
    </w:p>
    <w:p w14:paraId="33E1ED5C" w14:textId="43895028" w:rsidR="00507A11" w:rsidRPr="00BD1580" w:rsidRDefault="00145834">
      <w:pPr>
        <w:keepNext/>
        <w:spacing w:after="20"/>
        <w:rPr>
          <w:lang w:val="sl-SI"/>
        </w:rPr>
      </w:pPr>
      <w:r w:rsidRPr="00BD1580">
        <w:rPr>
          <w:b/>
          <w:color w:val="1F4E78"/>
          <w:lang w:val="sl-SI"/>
        </w:rPr>
        <w:t xml:space="preserve">A1. Naziv podjetja </w:t>
      </w:r>
    </w:p>
    <w:p w14:paraId="7D5BB3DE" w14:textId="2F627E1F" w:rsidR="00507A11" w:rsidRPr="00BD1580" w:rsidRDefault="00C876D6">
      <w:pPr>
        <w:spacing w:after="20"/>
        <w:rPr>
          <w:lang w:val="sl-SI"/>
        </w:rPr>
      </w:pPr>
      <w:sdt>
        <w:sdtPr>
          <w:rPr>
            <w:lang w:val="sl-SI"/>
          </w:rPr>
          <w:id w:val="1397011335"/>
          <w:placeholder>
            <w:docPart w:val="DefaultPlaceholder_-1854013440"/>
          </w:placeholder>
          <w:showingPlcHdr/>
        </w:sdtPr>
        <w:sdtEndPr/>
        <w:sdtContent>
          <w:r w:rsidR="00B44005" w:rsidRPr="00BD1580">
            <w:rPr>
              <w:rStyle w:val="Besedilooznabemesta"/>
              <w:lang w:val="sl-SI"/>
            </w:rPr>
            <w:t>Kliknite ali tapnite tukaj, če želite vnesti besedilo.</w:t>
          </w:r>
        </w:sdtContent>
      </w:sdt>
    </w:p>
    <w:p w14:paraId="71FD9D87" w14:textId="77777777" w:rsidR="00B44005" w:rsidRPr="00BD1580" w:rsidRDefault="00B44005">
      <w:pPr>
        <w:keepNext/>
        <w:spacing w:after="20"/>
        <w:rPr>
          <w:b/>
          <w:color w:val="1F4E78"/>
          <w:lang w:val="sl-SI"/>
        </w:rPr>
      </w:pPr>
    </w:p>
    <w:p w14:paraId="4210367F" w14:textId="05D4F8B5" w:rsidR="00507A11" w:rsidRPr="00BD1580" w:rsidRDefault="00145834">
      <w:pPr>
        <w:keepNext/>
        <w:spacing w:after="20"/>
        <w:rPr>
          <w:lang w:val="sl-SI"/>
        </w:rPr>
      </w:pPr>
      <w:r w:rsidRPr="00BD1580">
        <w:rPr>
          <w:b/>
          <w:color w:val="1F4E78"/>
          <w:lang w:val="sl-SI"/>
        </w:rPr>
        <w:t xml:space="preserve">A2. </w:t>
      </w:r>
      <w:r w:rsidR="007B368A" w:rsidRPr="00BD1580">
        <w:rPr>
          <w:b/>
          <w:color w:val="1F4E78"/>
          <w:lang w:val="sl-SI"/>
        </w:rPr>
        <w:t>Naslov</w:t>
      </w:r>
    </w:p>
    <w:p w14:paraId="030780E1" w14:textId="2BBC9B7B" w:rsidR="00507A11" w:rsidRPr="00BD1580" w:rsidRDefault="00C876D6">
      <w:pPr>
        <w:spacing w:after="20"/>
        <w:rPr>
          <w:lang w:val="sl-SI"/>
        </w:rPr>
      </w:pPr>
      <w:sdt>
        <w:sdtPr>
          <w:rPr>
            <w:lang w:val="sl-SI"/>
          </w:rPr>
          <w:id w:val="-1008515427"/>
          <w:placeholder>
            <w:docPart w:val="563B85EA6D374FE18DD25DBA799B09EB"/>
          </w:placeholder>
          <w:showingPlcHdr/>
        </w:sdtPr>
        <w:sdtEndPr/>
        <w:sdtContent>
          <w:r w:rsidR="00B44005" w:rsidRPr="00BD1580">
            <w:rPr>
              <w:rStyle w:val="Besedilooznabemesta"/>
              <w:lang w:val="sl-SI"/>
            </w:rPr>
            <w:t>Kliknite ali tapnite tukaj, če želite vnesti besedilo.</w:t>
          </w:r>
        </w:sdtContent>
      </w:sdt>
    </w:p>
    <w:p w14:paraId="1A9253F6" w14:textId="77777777" w:rsidR="00B44005" w:rsidRPr="00BD1580" w:rsidRDefault="00B44005">
      <w:pPr>
        <w:keepNext/>
        <w:spacing w:after="20"/>
        <w:rPr>
          <w:b/>
          <w:color w:val="1F4E78"/>
          <w:lang w:val="sl-SI"/>
        </w:rPr>
      </w:pPr>
    </w:p>
    <w:p w14:paraId="51E7E9F1" w14:textId="5655F9FD" w:rsidR="00507A11" w:rsidRPr="00BD1580" w:rsidRDefault="00145834">
      <w:pPr>
        <w:keepNext/>
        <w:spacing w:after="20"/>
        <w:rPr>
          <w:lang w:val="sl-SI"/>
        </w:rPr>
      </w:pPr>
      <w:r w:rsidRPr="00BD1580">
        <w:rPr>
          <w:b/>
          <w:color w:val="1F4E78"/>
          <w:lang w:val="sl-SI"/>
        </w:rPr>
        <w:t xml:space="preserve">A3. Kontaktna oseba </w:t>
      </w:r>
      <w:r w:rsidRPr="00BD1580">
        <w:rPr>
          <w:i/>
          <w:lang w:val="sl-SI"/>
        </w:rPr>
        <w:t xml:space="preserve"> </w:t>
      </w:r>
      <w:r w:rsidR="00250A0F" w:rsidRPr="00BD1580">
        <w:rPr>
          <w:i/>
          <w:lang w:val="sl-SI"/>
        </w:rPr>
        <w:t xml:space="preserve"> </w:t>
      </w:r>
      <w:r w:rsidRPr="00BD1580">
        <w:rPr>
          <w:i/>
          <w:lang w:val="sl-SI"/>
        </w:rPr>
        <w:t xml:space="preserve"> ime, funkcija, poslovni e-naslov, telefon</w:t>
      </w:r>
    </w:p>
    <w:p w14:paraId="1BEFE4EC" w14:textId="2E2757F7" w:rsidR="00507A11" w:rsidRPr="00BD1580" w:rsidRDefault="00C876D6" w:rsidP="00B44005">
      <w:pPr>
        <w:spacing w:after="20"/>
        <w:rPr>
          <w:lang w:val="sl-SI"/>
        </w:rPr>
      </w:pPr>
      <w:sdt>
        <w:sdtPr>
          <w:rPr>
            <w:lang w:val="sl-SI"/>
          </w:rPr>
          <w:id w:val="1298258210"/>
          <w:placeholder>
            <w:docPart w:val="003F452DBCF34FAB81904F2ED23891E9"/>
          </w:placeholder>
          <w:showingPlcHdr/>
        </w:sdtPr>
        <w:sdtEndPr/>
        <w:sdtContent>
          <w:r w:rsidR="00B44005" w:rsidRPr="00BD1580">
            <w:rPr>
              <w:rStyle w:val="Besedilooznabemesta"/>
              <w:lang w:val="sl-SI"/>
            </w:rPr>
            <w:t>Kliknite ali tapnite tukaj, če želite vnesti besedilo.</w:t>
          </w:r>
        </w:sdtContent>
      </w:sdt>
    </w:p>
    <w:p w14:paraId="497664E0" w14:textId="77777777" w:rsidR="00DA5124" w:rsidRDefault="00DA5124">
      <w:pPr>
        <w:pStyle w:val="Naslov1"/>
        <w:rPr>
          <w:lang w:val="sl-SI"/>
        </w:rPr>
      </w:pPr>
    </w:p>
    <w:p w14:paraId="5D2DF086" w14:textId="219AC4A3" w:rsidR="00507A11" w:rsidRPr="00BD1580" w:rsidRDefault="00145834">
      <w:pPr>
        <w:pStyle w:val="Naslov1"/>
        <w:rPr>
          <w:lang w:val="sl-SI"/>
        </w:rPr>
      </w:pPr>
      <w:r w:rsidRPr="00BD1580">
        <w:rPr>
          <w:lang w:val="sl-SI"/>
        </w:rPr>
        <w:t>B. Predstav</w:t>
      </w:r>
      <w:r w:rsidR="001A0D30" w:rsidRPr="00BD1580">
        <w:rPr>
          <w:lang w:val="sl-SI"/>
        </w:rPr>
        <w:t>itev</w:t>
      </w:r>
      <w:r w:rsidRPr="00BD1580">
        <w:rPr>
          <w:lang w:val="sl-SI"/>
        </w:rPr>
        <w:t xml:space="preserve"> rešit</w:t>
      </w:r>
      <w:r w:rsidR="001A0D30" w:rsidRPr="00BD1580">
        <w:rPr>
          <w:lang w:val="sl-SI"/>
        </w:rPr>
        <w:t>ve</w:t>
      </w:r>
      <w:r w:rsidR="00DC441E" w:rsidRPr="00BD1580">
        <w:rPr>
          <w:lang w:val="sl-SI"/>
        </w:rPr>
        <w:t xml:space="preserve"> *</w:t>
      </w:r>
    </w:p>
    <w:p w14:paraId="467126C3" w14:textId="2BDA0D83" w:rsidR="00507A11" w:rsidRPr="00BD1580" w:rsidRDefault="00145834">
      <w:pPr>
        <w:keepNext/>
        <w:spacing w:after="20"/>
        <w:rPr>
          <w:lang w:val="sl-SI"/>
        </w:rPr>
      </w:pPr>
      <w:r w:rsidRPr="00BD1580">
        <w:rPr>
          <w:b/>
          <w:color w:val="1F4E78"/>
          <w:lang w:val="sl-SI"/>
        </w:rPr>
        <w:t xml:space="preserve">B1. Naziv rešitve </w:t>
      </w:r>
    </w:p>
    <w:p w14:paraId="7DE8D7C2" w14:textId="222F8D92" w:rsidR="00507A11" w:rsidRPr="00BD1580" w:rsidRDefault="00C876D6">
      <w:pPr>
        <w:spacing w:after="20"/>
        <w:rPr>
          <w:lang w:val="sl-SI"/>
        </w:rPr>
      </w:pPr>
      <w:sdt>
        <w:sdtPr>
          <w:rPr>
            <w:lang w:val="sl-SI"/>
          </w:rPr>
          <w:id w:val="-81537102"/>
          <w:placeholder>
            <w:docPart w:val="8F48F7B66A8D48C9A7CF828E805C9A9D"/>
          </w:placeholder>
          <w:showingPlcHdr/>
        </w:sdtPr>
        <w:sdtEndPr/>
        <w:sdtContent>
          <w:r w:rsidR="001A0D30" w:rsidRPr="00BD1580">
            <w:rPr>
              <w:rStyle w:val="Besedilooznabemesta"/>
              <w:lang w:val="sl-SI"/>
            </w:rPr>
            <w:t>Kliknite ali tapnite tukaj, če želite vnesti besedilo.</w:t>
          </w:r>
        </w:sdtContent>
      </w:sdt>
    </w:p>
    <w:p w14:paraId="7060A67D" w14:textId="77777777" w:rsidR="001A0D30" w:rsidRPr="00BD1580" w:rsidRDefault="001A0D30">
      <w:pPr>
        <w:keepNext/>
        <w:spacing w:after="20"/>
        <w:rPr>
          <w:b/>
          <w:color w:val="1F4E78"/>
          <w:lang w:val="sl-SI"/>
        </w:rPr>
      </w:pPr>
    </w:p>
    <w:p w14:paraId="68AA3445" w14:textId="3DC9EEF1" w:rsidR="00507A11" w:rsidRPr="00BD1580" w:rsidRDefault="00145834">
      <w:pPr>
        <w:keepNext/>
        <w:spacing w:after="20"/>
        <w:rPr>
          <w:lang w:val="sl-SI"/>
        </w:rPr>
      </w:pPr>
      <w:r w:rsidRPr="00BD1580">
        <w:rPr>
          <w:b/>
          <w:color w:val="1F4E78"/>
          <w:lang w:val="sl-SI"/>
        </w:rPr>
        <w:t xml:space="preserve">B2. Kratek povzetek </w:t>
      </w:r>
      <w:r w:rsidRPr="00BD1580">
        <w:rPr>
          <w:i/>
          <w:lang w:val="sl-SI"/>
        </w:rPr>
        <w:t xml:space="preserve">  največ 1</w:t>
      </w:r>
      <w:r w:rsidR="00E45EF3">
        <w:rPr>
          <w:i/>
          <w:lang w:val="sl-SI"/>
        </w:rPr>
        <w:t>0</w:t>
      </w:r>
      <w:r w:rsidR="00226D5F">
        <w:rPr>
          <w:i/>
          <w:lang w:val="sl-SI"/>
        </w:rPr>
        <w:t>00</w:t>
      </w:r>
      <w:r w:rsidRPr="00BD1580">
        <w:rPr>
          <w:i/>
          <w:lang w:val="sl-SI"/>
        </w:rPr>
        <w:t xml:space="preserve"> </w:t>
      </w:r>
      <w:r w:rsidR="00226D5F">
        <w:rPr>
          <w:i/>
          <w:lang w:val="sl-SI"/>
        </w:rPr>
        <w:t>znakov</w:t>
      </w:r>
    </w:p>
    <w:p w14:paraId="32FAF46E" w14:textId="2A9265C7" w:rsidR="00507A11" w:rsidRPr="00BD1580" w:rsidRDefault="00C876D6" w:rsidP="001A0D30">
      <w:pPr>
        <w:spacing w:after="20"/>
        <w:rPr>
          <w:lang w:val="sl-SI"/>
        </w:rPr>
      </w:pPr>
      <w:sdt>
        <w:sdtPr>
          <w:rPr>
            <w:lang w:val="sl-SI"/>
          </w:rPr>
          <w:id w:val="991212201"/>
          <w:placeholder>
            <w:docPart w:val="A51B0ECCDD354425A293E98B376E6F3C"/>
          </w:placeholder>
          <w:showingPlcHdr/>
        </w:sdtPr>
        <w:sdtEndPr/>
        <w:sdtContent>
          <w:r w:rsidR="001A0D30" w:rsidRPr="00BD1580">
            <w:rPr>
              <w:rStyle w:val="Besedilooznabemesta"/>
              <w:lang w:val="sl-SI"/>
            </w:rPr>
            <w:t>Kliknite ali tapnite tukaj, če želite vnesti besedilo.</w:t>
          </w:r>
        </w:sdtContent>
      </w:sdt>
    </w:p>
    <w:p w14:paraId="24C8A07A" w14:textId="77777777" w:rsidR="001A0D30" w:rsidRPr="00BD1580" w:rsidRDefault="001A0D30">
      <w:pPr>
        <w:keepNext/>
        <w:spacing w:after="20"/>
        <w:rPr>
          <w:b/>
          <w:color w:val="1F4E78"/>
          <w:lang w:val="sl-SI"/>
        </w:rPr>
      </w:pPr>
    </w:p>
    <w:p w14:paraId="425890B2" w14:textId="269E386B" w:rsidR="00507A11" w:rsidRPr="00BD1580" w:rsidRDefault="00145834">
      <w:pPr>
        <w:keepNext/>
        <w:spacing w:after="20"/>
        <w:rPr>
          <w:lang w:val="sl-SI"/>
        </w:rPr>
      </w:pPr>
      <w:r w:rsidRPr="00BD1580">
        <w:rPr>
          <w:b/>
          <w:color w:val="1F4E78"/>
          <w:lang w:val="sl-SI"/>
        </w:rPr>
        <w:t>B</w:t>
      </w:r>
      <w:r w:rsidR="00C743D3">
        <w:rPr>
          <w:b/>
          <w:color w:val="1F4E78"/>
          <w:lang w:val="sl-SI"/>
        </w:rPr>
        <w:t>3</w:t>
      </w:r>
      <w:r w:rsidRPr="00BD1580">
        <w:rPr>
          <w:b/>
          <w:color w:val="1F4E78"/>
          <w:lang w:val="sl-SI"/>
        </w:rPr>
        <w:t xml:space="preserve">. Kateri problem v zdravstvu rešitev naslavlja? </w:t>
      </w:r>
    </w:p>
    <w:p w14:paraId="6BEA5C8F" w14:textId="3CB263DE" w:rsidR="00507A11" w:rsidRPr="00BD1580" w:rsidRDefault="00C876D6" w:rsidP="001A0D30">
      <w:pPr>
        <w:spacing w:after="20"/>
        <w:rPr>
          <w:lang w:val="sl-SI"/>
        </w:rPr>
      </w:pPr>
      <w:sdt>
        <w:sdtPr>
          <w:rPr>
            <w:lang w:val="sl-SI"/>
          </w:rPr>
          <w:id w:val="678936118"/>
          <w:placeholder>
            <w:docPart w:val="10DC0F2265274FE6A2C6B8C24027AFE7"/>
          </w:placeholder>
          <w:showingPlcHdr/>
        </w:sdtPr>
        <w:sdtEndPr/>
        <w:sdtContent>
          <w:r w:rsidR="001A0D30" w:rsidRPr="00BD1580">
            <w:rPr>
              <w:rStyle w:val="Besedilooznabemesta"/>
              <w:lang w:val="sl-SI"/>
            </w:rPr>
            <w:t>Kliknite ali tapnite tukaj, če želite vnesti besedilo.</w:t>
          </w:r>
        </w:sdtContent>
      </w:sdt>
    </w:p>
    <w:p w14:paraId="349C8D6F" w14:textId="77777777" w:rsidR="001A0D30" w:rsidRPr="00BD1580" w:rsidRDefault="001A0D30">
      <w:pPr>
        <w:keepNext/>
        <w:spacing w:after="20"/>
        <w:rPr>
          <w:b/>
          <w:color w:val="1F4E78"/>
          <w:lang w:val="sl-SI"/>
        </w:rPr>
      </w:pPr>
    </w:p>
    <w:p w14:paraId="18EDD1EA" w14:textId="3CFE3A83" w:rsidR="00507A11" w:rsidRPr="00BD1580" w:rsidRDefault="00145834">
      <w:pPr>
        <w:keepNext/>
        <w:spacing w:after="20"/>
        <w:rPr>
          <w:lang w:val="sl-SI"/>
        </w:rPr>
      </w:pPr>
      <w:r w:rsidRPr="00BD1580">
        <w:rPr>
          <w:b/>
          <w:color w:val="1F4E78"/>
          <w:lang w:val="sl-SI"/>
        </w:rPr>
        <w:t>B</w:t>
      </w:r>
      <w:r w:rsidR="00A3369A">
        <w:rPr>
          <w:b/>
          <w:color w:val="1F4E78"/>
          <w:lang w:val="sl-SI"/>
        </w:rPr>
        <w:t>4</w:t>
      </w:r>
      <w:r w:rsidRPr="00BD1580">
        <w:rPr>
          <w:b/>
          <w:color w:val="1F4E78"/>
          <w:lang w:val="sl-SI"/>
        </w:rPr>
        <w:t xml:space="preserve">. Kako rešitev deluje? </w:t>
      </w:r>
      <w:r w:rsidRPr="00BD1580">
        <w:rPr>
          <w:i/>
          <w:lang w:val="sl-SI"/>
        </w:rPr>
        <w:t xml:space="preserve">  opišite preprosto, z vidika uporabnika</w:t>
      </w:r>
    </w:p>
    <w:p w14:paraId="57D8DF26" w14:textId="7076FA45" w:rsidR="00507A11" w:rsidRPr="00BD1580" w:rsidRDefault="00C876D6" w:rsidP="001A0D30">
      <w:pPr>
        <w:spacing w:after="20"/>
        <w:rPr>
          <w:lang w:val="sl-SI"/>
        </w:rPr>
      </w:pPr>
      <w:sdt>
        <w:sdtPr>
          <w:rPr>
            <w:lang w:val="sl-SI"/>
          </w:rPr>
          <w:id w:val="-2084820678"/>
          <w:placeholder>
            <w:docPart w:val="E0BAE629C3CD411E9B2F89C996D3DDA7"/>
          </w:placeholder>
          <w:showingPlcHdr/>
        </w:sdtPr>
        <w:sdtEndPr/>
        <w:sdtContent>
          <w:r w:rsidR="001A0D30" w:rsidRPr="00BD1580">
            <w:rPr>
              <w:rStyle w:val="Besedilooznabemesta"/>
              <w:lang w:val="sl-SI"/>
            </w:rPr>
            <w:t>Kliknite ali tapnite tukaj, če želite vnesti besedilo.</w:t>
          </w:r>
        </w:sdtContent>
      </w:sdt>
    </w:p>
    <w:p w14:paraId="7248C069" w14:textId="77777777" w:rsidR="001A0D30" w:rsidRPr="00BD1580" w:rsidRDefault="001A0D30">
      <w:pPr>
        <w:keepNext/>
        <w:spacing w:after="20"/>
        <w:rPr>
          <w:b/>
          <w:color w:val="1F4E78"/>
          <w:lang w:val="sl-SI"/>
        </w:rPr>
      </w:pPr>
    </w:p>
    <w:p w14:paraId="35F5A6C6" w14:textId="202CA292" w:rsidR="00507A11" w:rsidRPr="00BD1580" w:rsidRDefault="00145834">
      <w:pPr>
        <w:keepNext/>
        <w:spacing w:after="20"/>
        <w:rPr>
          <w:lang w:val="sl-SI"/>
        </w:rPr>
      </w:pPr>
      <w:r w:rsidRPr="00BD1580">
        <w:rPr>
          <w:b/>
          <w:color w:val="1F4E78"/>
          <w:lang w:val="sl-SI"/>
        </w:rPr>
        <w:t>B</w:t>
      </w:r>
      <w:r w:rsidR="00A3369A">
        <w:rPr>
          <w:b/>
          <w:color w:val="1F4E78"/>
          <w:lang w:val="sl-SI"/>
        </w:rPr>
        <w:t>5</w:t>
      </w:r>
      <w:r w:rsidRPr="00BD1580">
        <w:rPr>
          <w:b/>
          <w:color w:val="1F4E78"/>
          <w:lang w:val="sl-SI"/>
        </w:rPr>
        <w:t xml:space="preserve">. Kdo so predvideni uporabniki? </w:t>
      </w:r>
      <w:r w:rsidRPr="00BD1580">
        <w:rPr>
          <w:i/>
          <w:lang w:val="sl-SI"/>
        </w:rPr>
        <w:t xml:space="preserve">  npr. zdravstveno osebje, administracija, pacienti</w:t>
      </w:r>
    </w:p>
    <w:p w14:paraId="589D8E38" w14:textId="40599012" w:rsidR="00507A11" w:rsidRPr="00BD1580" w:rsidRDefault="00C876D6" w:rsidP="001A0D30">
      <w:pPr>
        <w:spacing w:after="20"/>
        <w:rPr>
          <w:lang w:val="sl-SI"/>
        </w:rPr>
      </w:pPr>
      <w:sdt>
        <w:sdtPr>
          <w:rPr>
            <w:lang w:val="sl-SI"/>
          </w:rPr>
          <w:id w:val="232053614"/>
          <w:placeholder>
            <w:docPart w:val="82FD60D412184005A3B029CD8C7DD40E"/>
          </w:placeholder>
          <w:showingPlcHdr/>
        </w:sdtPr>
        <w:sdtEndPr/>
        <w:sdtContent>
          <w:r w:rsidR="001A0D30" w:rsidRPr="00BD1580">
            <w:rPr>
              <w:rStyle w:val="Besedilooznabemesta"/>
              <w:lang w:val="sl-SI"/>
            </w:rPr>
            <w:t>Kliknite ali tapnite tukaj, če želite vnesti besedilo.</w:t>
          </w:r>
        </w:sdtContent>
      </w:sdt>
    </w:p>
    <w:p w14:paraId="5F0FC026" w14:textId="77777777" w:rsidR="00F36344" w:rsidRDefault="00F36344" w:rsidP="00F36344">
      <w:pPr>
        <w:rPr>
          <w:lang w:val="sl-SI"/>
        </w:rPr>
      </w:pPr>
    </w:p>
    <w:p w14:paraId="10BC113C" w14:textId="77777777" w:rsidR="00DA5124" w:rsidRDefault="00DA5124" w:rsidP="00F36344">
      <w:pPr>
        <w:rPr>
          <w:lang w:val="sl-SI"/>
        </w:rPr>
      </w:pPr>
    </w:p>
    <w:p w14:paraId="545861E7" w14:textId="77777777" w:rsidR="00DA5124" w:rsidRPr="00BD1580" w:rsidRDefault="00DA5124" w:rsidP="00F36344">
      <w:pPr>
        <w:rPr>
          <w:lang w:val="sl-SI"/>
        </w:rPr>
      </w:pPr>
    </w:p>
    <w:p w14:paraId="6C3B328E" w14:textId="77777777" w:rsidR="00BC3F15" w:rsidRDefault="00BC3F15">
      <w:pPr>
        <w:pStyle w:val="Naslov1"/>
        <w:rPr>
          <w:lang w:val="sl-SI"/>
        </w:rPr>
      </w:pPr>
    </w:p>
    <w:p w14:paraId="2F65CE1D" w14:textId="3F2792E5" w:rsidR="00507A11" w:rsidRPr="00BD1580" w:rsidRDefault="00145834">
      <w:pPr>
        <w:pStyle w:val="Naslov1"/>
        <w:rPr>
          <w:lang w:val="sl-SI"/>
        </w:rPr>
      </w:pPr>
      <w:r w:rsidRPr="00BD1580">
        <w:rPr>
          <w:lang w:val="sl-SI"/>
        </w:rPr>
        <w:t>C. Zrelost in dosedanja uporaba</w:t>
      </w:r>
      <w:r w:rsidR="000D70A5" w:rsidRPr="00BD1580">
        <w:rPr>
          <w:lang w:val="sl-SI"/>
        </w:rPr>
        <w:t>*</w:t>
      </w:r>
    </w:p>
    <w:p w14:paraId="6FA10B38" w14:textId="6D380343" w:rsidR="00507A11" w:rsidRPr="00BD1580" w:rsidRDefault="00145834">
      <w:pPr>
        <w:rPr>
          <w:b/>
          <w:color w:val="1F4E78"/>
          <w:lang w:val="sl-SI"/>
        </w:rPr>
      </w:pPr>
      <w:r w:rsidRPr="00BD1580">
        <w:rPr>
          <w:b/>
          <w:color w:val="1F4E78"/>
          <w:lang w:val="sl-SI"/>
        </w:rPr>
        <w:t xml:space="preserve">C1. Trenutna stopnja zrelosti </w:t>
      </w:r>
    </w:p>
    <w:p w14:paraId="103857A3" w14:textId="725ECB76" w:rsidR="00507A11" w:rsidRPr="00BD1580" w:rsidRDefault="00C876D6" w:rsidP="00250A0F">
      <w:pPr>
        <w:pStyle w:val="Oznaenseznam"/>
        <w:numPr>
          <w:ilvl w:val="0"/>
          <w:numId w:val="0"/>
        </w:numPr>
        <w:spacing w:after="20"/>
        <w:ind w:left="360"/>
        <w:rPr>
          <w:lang w:val="sl-SI"/>
        </w:rPr>
      </w:pPr>
      <w:sdt>
        <w:sdtPr>
          <w:rPr>
            <w:lang w:val="sl-SI"/>
          </w:rPr>
          <w:id w:val="-19097584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50A0F" w:rsidRPr="00BD1580">
            <w:rPr>
              <w:rFonts w:ascii="MS Gothic" w:eastAsia="MS Gothic" w:hAnsi="MS Gothic"/>
              <w:lang w:val="sl-SI"/>
            </w:rPr>
            <w:t>☐</w:t>
          </w:r>
        </w:sdtContent>
      </w:sdt>
      <w:r w:rsidR="00250A0F" w:rsidRPr="00BD1580">
        <w:rPr>
          <w:lang w:val="sl-SI"/>
        </w:rPr>
        <w:t xml:space="preserve">  </w:t>
      </w:r>
      <w:r w:rsidR="00145834" w:rsidRPr="00BD1580">
        <w:rPr>
          <w:lang w:val="sl-SI"/>
        </w:rPr>
        <w:t>Koncept ali zgodnji prototip</w:t>
      </w:r>
    </w:p>
    <w:p w14:paraId="74AC81CA" w14:textId="77777777" w:rsidR="005952A3" w:rsidRPr="00BD1580" w:rsidRDefault="005952A3" w:rsidP="00250A0F">
      <w:pPr>
        <w:pStyle w:val="Oznaenseznam"/>
        <w:numPr>
          <w:ilvl w:val="0"/>
          <w:numId w:val="0"/>
        </w:numPr>
        <w:spacing w:after="20"/>
        <w:ind w:left="360"/>
        <w:rPr>
          <w:lang w:val="sl-SI"/>
        </w:rPr>
      </w:pPr>
    </w:p>
    <w:p w14:paraId="5C86B818" w14:textId="3EBB0E76" w:rsidR="00507A11" w:rsidRPr="00BD1580" w:rsidRDefault="00C876D6" w:rsidP="00250A0F">
      <w:pPr>
        <w:pStyle w:val="Oznaenseznam"/>
        <w:numPr>
          <w:ilvl w:val="0"/>
          <w:numId w:val="0"/>
        </w:numPr>
        <w:spacing w:after="20"/>
        <w:ind w:left="360"/>
        <w:rPr>
          <w:lang w:val="sl-SI"/>
        </w:rPr>
      </w:pPr>
      <w:sdt>
        <w:sdtPr>
          <w:rPr>
            <w:lang w:val="sl-SI"/>
          </w:rPr>
          <w:id w:val="-16512083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50A0F" w:rsidRPr="00BD1580">
            <w:rPr>
              <w:rFonts w:ascii="MS Gothic" w:eastAsia="MS Gothic" w:hAnsi="MS Gothic"/>
              <w:lang w:val="sl-SI"/>
            </w:rPr>
            <w:t>☐</w:t>
          </w:r>
        </w:sdtContent>
      </w:sdt>
      <w:r w:rsidR="00250A0F" w:rsidRPr="00BD1580">
        <w:rPr>
          <w:lang w:val="sl-SI"/>
        </w:rPr>
        <w:t xml:space="preserve">  </w:t>
      </w:r>
      <w:r w:rsidR="00145834" w:rsidRPr="00BD1580">
        <w:rPr>
          <w:lang w:val="sl-SI"/>
        </w:rPr>
        <w:t>Delujoč prototip</w:t>
      </w:r>
    </w:p>
    <w:p w14:paraId="1846CE97" w14:textId="77777777" w:rsidR="005952A3" w:rsidRPr="00BD1580" w:rsidRDefault="005952A3" w:rsidP="00250A0F">
      <w:pPr>
        <w:pStyle w:val="Oznaenseznam"/>
        <w:numPr>
          <w:ilvl w:val="0"/>
          <w:numId w:val="0"/>
        </w:numPr>
        <w:spacing w:after="20"/>
        <w:ind w:left="360"/>
        <w:rPr>
          <w:lang w:val="sl-SI"/>
        </w:rPr>
      </w:pPr>
    </w:p>
    <w:p w14:paraId="37514D2E" w14:textId="4938FC36" w:rsidR="00507A11" w:rsidRPr="00BD1580" w:rsidRDefault="00C876D6" w:rsidP="00250A0F">
      <w:pPr>
        <w:pStyle w:val="Oznaenseznam"/>
        <w:numPr>
          <w:ilvl w:val="0"/>
          <w:numId w:val="0"/>
        </w:numPr>
        <w:spacing w:after="20"/>
        <w:ind w:left="360"/>
        <w:rPr>
          <w:lang w:val="sl-SI"/>
        </w:rPr>
      </w:pPr>
      <w:sdt>
        <w:sdtPr>
          <w:rPr>
            <w:lang w:val="sl-SI"/>
          </w:rPr>
          <w:id w:val="-4646658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50A0F" w:rsidRPr="00BD1580">
            <w:rPr>
              <w:rFonts w:ascii="MS Gothic" w:eastAsia="MS Gothic" w:hAnsi="MS Gothic"/>
              <w:lang w:val="sl-SI"/>
            </w:rPr>
            <w:t>☐</w:t>
          </w:r>
        </w:sdtContent>
      </w:sdt>
      <w:r w:rsidR="00250A0F" w:rsidRPr="00BD1580">
        <w:rPr>
          <w:lang w:val="sl-SI"/>
        </w:rPr>
        <w:t xml:space="preserve">  </w:t>
      </w:r>
      <w:r w:rsidR="00145834" w:rsidRPr="00BD1580">
        <w:rPr>
          <w:lang w:val="sl-SI"/>
        </w:rPr>
        <w:t>Rešitev je bila pilotno preizkušena</w:t>
      </w:r>
    </w:p>
    <w:p w14:paraId="4105C328" w14:textId="77777777" w:rsidR="005952A3" w:rsidRPr="00BD1580" w:rsidRDefault="005952A3" w:rsidP="00250A0F">
      <w:pPr>
        <w:pStyle w:val="Oznaenseznam"/>
        <w:numPr>
          <w:ilvl w:val="0"/>
          <w:numId w:val="0"/>
        </w:numPr>
        <w:spacing w:after="20"/>
        <w:ind w:left="360"/>
        <w:rPr>
          <w:lang w:val="sl-SI"/>
        </w:rPr>
      </w:pPr>
    </w:p>
    <w:p w14:paraId="450ABD18" w14:textId="211325A3" w:rsidR="00507A11" w:rsidRPr="00BD1580" w:rsidRDefault="00C876D6" w:rsidP="00250A0F">
      <w:pPr>
        <w:pStyle w:val="Oznaenseznam"/>
        <w:numPr>
          <w:ilvl w:val="0"/>
          <w:numId w:val="0"/>
        </w:numPr>
        <w:spacing w:after="20"/>
        <w:ind w:left="360"/>
        <w:rPr>
          <w:lang w:val="sl-SI"/>
        </w:rPr>
      </w:pPr>
      <w:sdt>
        <w:sdtPr>
          <w:rPr>
            <w:lang w:val="sl-SI"/>
          </w:rPr>
          <w:id w:val="3469100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50A0F" w:rsidRPr="00BD1580">
            <w:rPr>
              <w:rFonts w:ascii="MS Gothic" w:eastAsia="MS Gothic" w:hAnsi="MS Gothic"/>
              <w:lang w:val="sl-SI"/>
            </w:rPr>
            <w:t>☐</w:t>
          </w:r>
        </w:sdtContent>
      </w:sdt>
      <w:r w:rsidR="00250A0F" w:rsidRPr="00BD1580">
        <w:rPr>
          <w:lang w:val="sl-SI"/>
        </w:rPr>
        <w:t xml:space="preserve">  </w:t>
      </w:r>
      <w:r w:rsidR="00145834" w:rsidRPr="00BD1580">
        <w:rPr>
          <w:lang w:val="sl-SI"/>
        </w:rPr>
        <w:t>Rešitev je v produkcijski uporabi</w:t>
      </w:r>
    </w:p>
    <w:p w14:paraId="7DDB1663" w14:textId="77777777" w:rsidR="001A0D30" w:rsidRDefault="001A0D30">
      <w:pPr>
        <w:keepNext/>
        <w:spacing w:after="20"/>
        <w:rPr>
          <w:b/>
          <w:color w:val="1F4E78"/>
          <w:lang w:val="sl-SI"/>
        </w:rPr>
      </w:pPr>
    </w:p>
    <w:p w14:paraId="1276F241" w14:textId="77777777" w:rsidR="007D4A6C" w:rsidRPr="00BD1580" w:rsidRDefault="007D4A6C">
      <w:pPr>
        <w:keepNext/>
        <w:spacing w:after="20"/>
        <w:rPr>
          <w:b/>
          <w:color w:val="1F4E78"/>
          <w:lang w:val="sl-SI"/>
        </w:rPr>
      </w:pPr>
    </w:p>
    <w:p w14:paraId="48052453" w14:textId="3013ACDB" w:rsidR="00507A11" w:rsidRPr="00BD1580" w:rsidRDefault="00145834">
      <w:pPr>
        <w:keepNext/>
        <w:spacing w:after="20"/>
        <w:rPr>
          <w:lang w:val="sl-SI"/>
        </w:rPr>
      </w:pPr>
      <w:r w:rsidRPr="00BD1580">
        <w:rPr>
          <w:b/>
          <w:color w:val="1F4E78"/>
          <w:lang w:val="sl-SI"/>
        </w:rPr>
        <w:t>C2. Kje je bila rešitev že uporabljena ali preizkušena?</w:t>
      </w:r>
      <w:r w:rsidRPr="00BD1580">
        <w:rPr>
          <w:i/>
          <w:lang w:val="sl-SI"/>
        </w:rPr>
        <w:t xml:space="preserve">  navedite največ tri reference ali napišite »še ni bila«</w:t>
      </w:r>
    </w:p>
    <w:p w14:paraId="084F5F7E" w14:textId="3E34C6BD" w:rsidR="00507A11" w:rsidRPr="00BD1580" w:rsidRDefault="00C876D6">
      <w:pPr>
        <w:spacing w:after="20"/>
        <w:rPr>
          <w:lang w:val="sl-SI"/>
        </w:rPr>
      </w:pPr>
      <w:sdt>
        <w:sdtPr>
          <w:rPr>
            <w:lang w:val="sl-SI"/>
          </w:rPr>
          <w:id w:val="167529309"/>
          <w:placeholder>
            <w:docPart w:val="71B6E921D2E9474297C8460019125335"/>
          </w:placeholder>
          <w:showingPlcHdr/>
        </w:sdtPr>
        <w:sdtEndPr/>
        <w:sdtContent>
          <w:r w:rsidR="001A0D30" w:rsidRPr="00BD1580">
            <w:rPr>
              <w:rStyle w:val="Besedilooznabemesta"/>
              <w:lang w:val="sl-SI"/>
            </w:rPr>
            <w:t>Kliknite ali tapnite tukaj, če želite vnesti besedilo.</w:t>
          </w:r>
        </w:sdtContent>
      </w:sdt>
    </w:p>
    <w:p w14:paraId="30BA2356" w14:textId="77777777" w:rsidR="001A0D30" w:rsidRPr="00BD1580" w:rsidRDefault="001A0D30">
      <w:pPr>
        <w:keepNext/>
        <w:spacing w:after="20"/>
        <w:rPr>
          <w:b/>
          <w:color w:val="1F4E78"/>
          <w:lang w:val="sl-SI"/>
        </w:rPr>
      </w:pPr>
    </w:p>
    <w:p w14:paraId="6B421071" w14:textId="32C0EAC3" w:rsidR="00507A11" w:rsidRPr="00BD1580" w:rsidRDefault="00145834">
      <w:pPr>
        <w:keepNext/>
        <w:spacing w:after="20"/>
        <w:rPr>
          <w:lang w:val="sl-SI"/>
        </w:rPr>
      </w:pPr>
      <w:r w:rsidRPr="00BD1580">
        <w:rPr>
          <w:b/>
          <w:color w:val="1F4E78"/>
          <w:lang w:val="sl-SI"/>
        </w:rPr>
        <w:t xml:space="preserve">C3. Kateri učinki so bili doseženi ali jih pričakujete? </w:t>
      </w:r>
      <w:r w:rsidR="000D70A5" w:rsidRPr="00BD1580">
        <w:rPr>
          <w:b/>
          <w:color w:val="1F4E78"/>
          <w:lang w:val="sl-SI"/>
        </w:rPr>
        <w:t xml:space="preserve"> </w:t>
      </w:r>
      <w:r w:rsidRPr="00BD1580">
        <w:rPr>
          <w:i/>
          <w:lang w:val="sl-SI"/>
        </w:rPr>
        <w:t xml:space="preserve">  navedite 2–4 konkretne kazalnike, če so znani</w:t>
      </w:r>
    </w:p>
    <w:p w14:paraId="525FF8E7" w14:textId="5D7524FB" w:rsidR="00507A11" w:rsidRPr="00BD1580" w:rsidRDefault="00C876D6" w:rsidP="001A0D30">
      <w:pPr>
        <w:spacing w:after="20"/>
        <w:rPr>
          <w:lang w:val="sl-SI"/>
        </w:rPr>
      </w:pPr>
      <w:sdt>
        <w:sdtPr>
          <w:rPr>
            <w:lang w:val="sl-SI"/>
          </w:rPr>
          <w:id w:val="2137292165"/>
          <w:placeholder>
            <w:docPart w:val="D0CD9968B15C4EA6A889A7208FF810D7"/>
          </w:placeholder>
          <w:showingPlcHdr/>
        </w:sdtPr>
        <w:sdtEndPr/>
        <w:sdtContent>
          <w:r w:rsidR="001A0D30" w:rsidRPr="00BD1580">
            <w:rPr>
              <w:rStyle w:val="Besedilooznabemesta"/>
              <w:lang w:val="sl-SI"/>
            </w:rPr>
            <w:t>Kliknite ali tapnite tukaj, če želite vnesti besedilo.</w:t>
          </w:r>
        </w:sdtContent>
      </w:sdt>
    </w:p>
    <w:p w14:paraId="2FB1ED09" w14:textId="77777777" w:rsidR="0085297C" w:rsidRPr="0012658C" w:rsidRDefault="0085297C">
      <w:pPr>
        <w:pStyle w:val="Naslov1"/>
        <w:rPr>
          <w:sz w:val="16"/>
          <w:szCs w:val="16"/>
          <w:lang w:val="sl-SI"/>
        </w:rPr>
      </w:pPr>
    </w:p>
    <w:p w14:paraId="46DCA39D" w14:textId="5C9087AD" w:rsidR="00507A11" w:rsidRPr="00BD1580" w:rsidRDefault="00145834">
      <w:pPr>
        <w:pStyle w:val="Naslov1"/>
        <w:rPr>
          <w:lang w:val="sl-SI"/>
        </w:rPr>
      </w:pPr>
      <w:r w:rsidRPr="00BD1580">
        <w:rPr>
          <w:lang w:val="sl-SI"/>
        </w:rPr>
        <w:t>D. Možnost prihodnjega pilota</w:t>
      </w:r>
    </w:p>
    <w:p w14:paraId="197D94E1" w14:textId="77777777" w:rsidR="00507A11" w:rsidRPr="00BD1580" w:rsidRDefault="00145834">
      <w:pPr>
        <w:keepNext/>
        <w:spacing w:after="20"/>
        <w:rPr>
          <w:lang w:val="sl-SI"/>
        </w:rPr>
      </w:pPr>
      <w:r w:rsidRPr="00BD1580">
        <w:rPr>
          <w:b/>
          <w:color w:val="1F4E78"/>
          <w:lang w:val="sl-SI"/>
        </w:rPr>
        <w:t>D1. Kaj bi bilo smiselno preveriti s pilotom? *</w:t>
      </w:r>
    </w:p>
    <w:p w14:paraId="5AD6DCCE" w14:textId="4CE72F00" w:rsidR="00507A11" w:rsidRPr="00BD1580" w:rsidRDefault="00C876D6" w:rsidP="001A0D30">
      <w:pPr>
        <w:spacing w:after="20"/>
        <w:rPr>
          <w:lang w:val="sl-SI"/>
        </w:rPr>
      </w:pPr>
      <w:sdt>
        <w:sdtPr>
          <w:rPr>
            <w:lang w:val="sl-SI"/>
          </w:rPr>
          <w:id w:val="-1699618731"/>
          <w:placeholder>
            <w:docPart w:val="0996F0A7841F497AB594E63416180206"/>
          </w:placeholder>
          <w:showingPlcHdr/>
        </w:sdtPr>
        <w:sdtEndPr/>
        <w:sdtContent>
          <w:r w:rsidR="001A0D30" w:rsidRPr="00BD1580">
            <w:rPr>
              <w:rStyle w:val="Besedilooznabemesta"/>
              <w:lang w:val="sl-SI"/>
            </w:rPr>
            <w:t>Kliknite ali tapnite tukaj, če želite vnesti besedilo.</w:t>
          </w:r>
        </w:sdtContent>
      </w:sdt>
    </w:p>
    <w:p w14:paraId="5803952B" w14:textId="77777777" w:rsidR="001A0D30" w:rsidRPr="00BD1580" w:rsidRDefault="001A0D30" w:rsidP="001A0D30">
      <w:pPr>
        <w:spacing w:after="20"/>
        <w:rPr>
          <w:lang w:val="sl-SI"/>
        </w:rPr>
      </w:pPr>
    </w:p>
    <w:p w14:paraId="7FE1B771" w14:textId="1C7E7D9F" w:rsidR="00507A11" w:rsidRPr="00BD1580" w:rsidRDefault="00145834">
      <w:pPr>
        <w:keepNext/>
        <w:spacing w:after="20"/>
        <w:rPr>
          <w:lang w:val="sl-SI"/>
        </w:rPr>
      </w:pPr>
      <w:r w:rsidRPr="00BD1580">
        <w:rPr>
          <w:b/>
          <w:color w:val="1F4E78"/>
          <w:lang w:val="sl-SI"/>
        </w:rPr>
        <w:t>D2. Okvirno trajanje in obseg pilota</w:t>
      </w:r>
      <w:r w:rsidRPr="00BD1580">
        <w:rPr>
          <w:i/>
          <w:lang w:val="sl-SI"/>
        </w:rPr>
        <w:t xml:space="preserve"> </w:t>
      </w:r>
      <w:r w:rsidR="001A0D30" w:rsidRPr="00BD1580">
        <w:rPr>
          <w:i/>
          <w:lang w:val="sl-SI"/>
        </w:rPr>
        <w:t xml:space="preserve"> </w:t>
      </w:r>
      <w:r w:rsidRPr="00BD1580">
        <w:rPr>
          <w:i/>
          <w:lang w:val="sl-SI"/>
        </w:rPr>
        <w:t xml:space="preserve"> če je že mogoče oceniti</w:t>
      </w:r>
    </w:p>
    <w:p w14:paraId="37E2A092" w14:textId="52320260" w:rsidR="00507A11" w:rsidRPr="00BD1580" w:rsidRDefault="00C876D6" w:rsidP="001A0D30">
      <w:pPr>
        <w:spacing w:after="20"/>
        <w:rPr>
          <w:lang w:val="sl-SI"/>
        </w:rPr>
      </w:pPr>
      <w:sdt>
        <w:sdtPr>
          <w:rPr>
            <w:lang w:val="sl-SI"/>
          </w:rPr>
          <w:id w:val="78249752"/>
          <w:placeholder>
            <w:docPart w:val="1BC4BE5A760249D59B61F800E4B24305"/>
          </w:placeholder>
          <w:showingPlcHdr/>
        </w:sdtPr>
        <w:sdtEndPr/>
        <w:sdtContent>
          <w:r w:rsidR="001A0D30" w:rsidRPr="00BD1580">
            <w:rPr>
              <w:rStyle w:val="Besedilooznabemesta"/>
              <w:lang w:val="sl-SI"/>
            </w:rPr>
            <w:t>Kliknite ali tapnite tukaj, če želite vnesti besedilo.</w:t>
          </w:r>
        </w:sdtContent>
      </w:sdt>
    </w:p>
    <w:p w14:paraId="610970FA" w14:textId="77777777" w:rsidR="001A0D30" w:rsidRPr="00BD1580" w:rsidRDefault="001A0D30">
      <w:pPr>
        <w:keepNext/>
        <w:spacing w:after="20"/>
        <w:rPr>
          <w:b/>
          <w:color w:val="1F4E78"/>
          <w:lang w:val="sl-SI"/>
        </w:rPr>
      </w:pPr>
    </w:p>
    <w:p w14:paraId="0C36C4B4" w14:textId="0102BC96" w:rsidR="00507A11" w:rsidRPr="00BD1580" w:rsidRDefault="00145834">
      <w:pPr>
        <w:keepNext/>
        <w:spacing w:after="20"/>
        <w:rPr>
          <w:lang w:val="sl-SI"/>
        </w:rPr>
      </w:pPr>
      <w:r w:rsidRPr="00BD1580">
        <w:rPr>
          <w:b/>
          <w:color w:val="1F4E78"/>
          <w:lang w:val="sl-SI"/>
        </w:rPr>
        <w:t>D3. Kaj bi morala zagotoviti zdravstvena ustanova?</w:t>
      </w:r>
      <w:r w:rsidRPr="00BD1580">
        <w:rPr>
          <w:i/>
          <w:lang w:val="sl-SI"/>
        </w:rPr>
        <w:t xml:space="preserve">  npr. uporabnike, podatkovne povezave, opremo, čas ekipe</w:t>
      </w:r>
    </w:p>
    <w:p w14:paraId="11758DFB" w14:textId="36B00249" w:rsidR="00507A11" w:rsidRPr="00BD1580" w:rsidRDefault="00C876D6" w:rsidP="001A0D30">
      <w:pPr>
        <w:spacing w:after="20"/>
        <w:rPr>
          <w:lang w:val="sl-SI"/>
        </w:rPr>
      </w:pPr>
      <w:sdt>
        <w:sdtPr>
          <w:rPr>
            <w:lang w:val="sl-SI"/>
          </w:rPr>
          <w:id w:val="591585084"/>
          <w:placeholder>
            <w:docPart w:val="D3B7786614454932979C62BBF93D6B7B"/>
          </w:placeholder>
          <w:showingPlcHdr/>
        </w:sdtPr>
        <w:sdtEndPr/>
        <w:sdtContent>
          <w:r w:rsidR="001A0D30" w:rsidRPr="00BD1580">
            <w:rPr>
              <w:rStyle w:val="Besedilooznabemesta"/>
              <w:lang w:val="sl-SI"/>
            </w:rPr>
            <w:t>Kliknite ali tapnite tukaj, če želite vnesti besedilo.</w:t>
          </w:r>
        </w:sdtContent>
      </w:sdt>
    </w:p>
    <w:p w14:paraId="5105A01E" w14:textId="77777777" w:rsidR="001A0D30" w:rsidRPr="00BD1580" w:rsidRDefault="001A0D30">
      <w:pPr>
        <w:keepNext/>
        <w:spacing w:after="20"/>
        <w:rPr>
          <w:b/>
          <w:color w:val="1F4E78"/>
          <w:lang w:val="sl-SI"/>
        </w:rPr>
      </w:pPr>
    </w:p>
    <w:p w14:paraId="65D4822A" w14:textId="4EC5004F" w:rsidR="00507A11" w:rsidRPr="00BD1580" w:rsidRDefault="00145834">
      <w:pPr>
        <w:keepNext/>
        <w:spacing w:after="20"/>
        <w:rPr>
          <w:lang w:val="sl-SI"/>
        </w:rPr>
      </w:pPr>
      <w:r w:rsidRPr="00BD1580">
        <w:rPr>
          <w:b/>
          <w:color w:val="1F4E78"/>
          <w:lang w:val="sl-SI"/>
        </w:rPr>
        <w:t>D4. Ali ste pripravljeni rešitev predstaviti na kratkem spletnem sestanku? *</w:t>
      </w:r>
      <w:r w:rsidRPr="00BD1580">
        <w:rPr>
          <w:i/>
          <w:lang w:val="sl-SI"/>
        </w:rPr>
        <w:t xml:space="preserve"> </w:t>
      </w:r>
      <w:r w:rsidR="004F7CF5" w:rsidRPr="00BD1580">
        <w:rPr>
          <w:i/>
          <w:lang w:val="sl-SI"/>
        </w:rPr>
        <w:t xml:space="preserve"> </w:t>
      </w:r>
      <w:r w:rsidRPr="00BD1580">
        <w:rPr>
          <w:i/>
          <w:lang w:val="sl-SI"/>
        </w:rPr>
        <w:t xml:space="preserve"> DA / NE</w:t>
      </w:r>
    </w:p>
    <w:p w14:paraId="24927700" w14:textId="400E0C9E" w:rsidR="00507A11" w:rsidRPr="00BD1580" w:rsidRDefault="00C876D6">
      <w:pPr>
        <w:spacing w:after="20"/>
        <w:rPr>
          <w:lang w:val="sl-SI"/>
        </w:rPr>
      </w:pPr>
      <w:sdt>
        <w:sdtPr>
          <w:rPr>
            <w:lang w:val="sl-SI"/>
          </w:rPr>
          <w:id w:val="610091762"/>
          <w:placeholder>
            <w:docPart w:val="AD6846DFF15B4FBCA3119DBDA9FF0914"/>
          </w:placeholder>
          <w:showingPlcHdr/>
        </w:sdtPr>
        <w:sdtEndPr/>
        <w:sdtContent>
          <w:r w:rsidR="001A0D30" w:rsidRPr="00BD1580">
            <w:rPr>
              <w:rStyle w:val="Besedilooznabemesta"/>
              <w:lang w:val="sl-SI"/>
            </w:rPr>
            <w:t>Kliknite ali tapnite tukaj, če želite vnesti besedilo.</w:t>
          </w:r>
        </w:sdtContent>
      </w:sdt>
    </w:p>
    <w:p w14:paraId="39F73F53" w14:textId="77777777" w:rsidR="00120CC4" w:rsidRPr="00BD1580" w:rsidRDefault="00120CC4" w:rsidP="00120CC4">
      <w:pPr>
        <w:rPr>
          <w:lang w:val="sl-SI"/>
        </w:rPr>
      </w:pPr>
    </w:p>
    <w:p w14:paraId="18499E19" w14:textId="141BAABE" w:rsidR="00507A11" w:rsidRPr="00BD1580" w:rsidRDefault="00DA5124" w:rsidP="009A09FA">
      <w:pPr>
        <w:pStyle w:val="Naslov1"/>
        <w:jc w:val="both"/>
        <w:rPr>
          <w:lang w:val="sl-SI"/>
        </w:rPr>
      </w:pPr>
      <w:r>
        <w:rPr>
          <w:lang w:val="sl-SI"/>
        </w:rPr>
        <w:t>E</w:t>
      </w:r>
      <w:r w:rsidR="00145834" w:rsidRPr="00BD1580">
        <w:rPr>
          <w:lang w:val="sl-SI"/>
        </w:rPr>
        <w:t xml:space="preserve">. </w:t>
      </w:r>
      <w:r w:rsidR="00923FB2" w:rsidRPr="00BD1580">
        <w:rPr>
          <w:lang w:val="sl-SI"/>
        </w:rPr>
        <w:t>P</w:t>
      </w:r>
      <w:r w:rsidR="00145834" w:rsidRPr="00BD1580">
        <w:rPr>
          <w:lang w:val="sl-SI"/>
        </w:rPr>
        <w:t>riloge</w:t>
      </w:r>
      <w:r w:rsidR="00157D84" w:rsidRPr="00BD1580">
        <w:rPr>
          <w:lang w:val="sl-SI"/>
        </w:rPr>
        <w:t>*</w:t>
      </w:r>
    </w:p>
    <w:tbl>
      <w:tblPr>
        <w:tblW w:w="0" w:type="auto"/>
        <w:tblBorders>
          <w:top w:val="single" w:sz="4" w:space="0" w:color="B8C4CE"/>
          <w:left w:val="single" w:sz="4" w:space="0" w:color="B8C4CE"/>
          <w:bottom w:val="single" w:sz="4" w:space="0" w:color="B8C4CE"/>
          <w:right w:val="single" w:sz="4" w:space="0" w:color="B8C4CE"/>
          <w:insideH w:val="single" w:sz="4" w:space="0" w:color="B8C4CE"/>
          <w:insideV w:val="single" w:sz="4" w:space="0" w:color="B8C4CE"/>
        </w:tblBorders>
        <w:tblLayout w:type="fixed"/>
        <w:tblLook w:val="04A0" w:firstRow="1" w:lastRow="0" w:firstColumn="1" w:lastColumn="0" w:noHBand="0" w:noVBand="1"/>
      </w:tblPr>
      <w:tblGrid>
        <w:gridCol w:w="3969"/>
        <w:gridCol w:w="2098"/>
        <w:gridCol w:w="964"/>
      </w:tblGrid>
      <w:tr w:rsidR="00507A11" w:rsidRPr="00BD1580" w14:paraId="48A7217D" w14:textId="77777777" w:rsidTr="009A09FA">
        <w:trPr>
          <w:tblHeader/>
        </w:trPr>
        <w:tc>
          <w:tcPr>
            <w:tcW w:w="3969" w:type="dxa"/>
            <w:shd w:val="clear" w:color="auto" w:fill="1F4E78"/>
            <w:tcMar>
              <w:top w:w="110" w:type="dxa"/>
              <w:left w:w="110" w:type="dxa"/>
              <w:bottom w:w="110" w:type="dxa"/>
              <w:right w:w="110" w:type="dxa"/>
            </w:tcMar>
            <w:vAlign w:val="center"/>
          </w:tcPr>
          <w:p w14:paraId="5B42EB70" w14:textId="77777777" w:rsidR="00507A11" w:rsidRPr="00BD1580" w:rsidRDefault="00145834">
            <w:pPr>
              <w:spacing w:after="0"/>
              <w:rPr>
                <w:lang w:val="sl-SI"/>
              </w:rPr>
            </w:pPr>
            <w:r w:rsidRPr="00BD1580">
              <w:rPr>
                <w:b/>
                <w:color w:val="FFFFFF"/>
                <w:sz w:val="18"/>
                <w:lang w:val="sl-SI"/>
              </w:rPr>
              <w:t>Priloga</w:t>
            </w:r>
          </w:p>
        </w:tc>
        <w:tc>
          <w:tcPr>
            <w:tcW w:w="2098" w:type="dxa"/>
            <w:shd w:val="clear" w:color="auto" w:fill="1F4E78"/>
            <w:tcMar>
              <w:top w:w="110" w:type="dxa"/>
              <w:left w:w="110" w:type="dxa"/>
              <w:bottom w:w="110" w:type="dxa"/>
              <w:right w:w="110" w:type="dxa"/>
            </w:tcMar>
            <w:vAlign w:val="center"/>
          </w:tcPr>
          <w:p w14:paraId="314F1708" w14:textId="77777777" w:rsidR="00507A11" w:rsidRPr="00BD1580" w:rsidRDefault="00145834">
            <w:pPr>
              <w:spacing w:after="0"/>
              <w:rPr>
                <w:lang w:val="sl-SI"/>
              </w:rPr>
            </w:pPr>
            <w:r w:rsidRPr="00BD1580">
              <w:rPr>
                <w:b/>
                <w:color w:val="FFFFFF"/>
                <w:sz w:val="18"/>
                <w:lang w:val="sl-SI"/>
              </w:rPr>
              <w:t>Obveznost</w:t>
            </w:r>
          </w:p>
        </w:tc>
        <w:tc>
          <w:tcPr>
            <w:tcW w:w="964" w:type="dxa"/>
            <w:shd w:val="clear" w:color="auto" w:fill="1F4E78"/>
            <w:tcMar>
              <w:top w:w="110" w:type="dxa"/>
              <w:left w:w="110" w:type="dxa"/>
              <w:bottom w:w="110" w:type="dxa"/>
              <w:right w:w="110" w:type="dxa"/>
            </w:tcMar>
            <w:vAlign w:val="center"/>
          </w:tcPr>
          <w:p w14:paraId="42336499" w14:textId="0DEDC967" w:rsidR="00507A11" w:rsidRPr="00BD1580" w:rsidRDefault="009A09FA" w:rsidP="009A09FA">
            <w:pPr>
              <w:spacing w:after="0"/>
              <w:jc w:val="center"/>
              <w:rPr>
                <w:lang w:val="sl-SI"/>
              </w:rPr>
            </w:pPr>
            <w:r w:rsidRPr="00BD1580">
              <w:rPr>
                <w:b/>
                <w:color w:val="FFFFFF"/>
                <w:sz w:val="18"/>
                <w:lang w:val="sl-SI"/>
              </w:rPr>
              <w:t>DA / NE</w:t>
            </w:r>
          </w:p>
        </w:tc>
      </w:tr>
      <w:tr w:rsidR="00507A11" w:rsidRPr="00BD1580" w14:paraId="092E4AC3" w14:textId="77777777" w:rsidTr="009A09FA">
        <w:tc>
          <w:tcPr>
            <w:tcW w:w="3969" w:type="dxa"/>
            <w:tcMar>
              <w:top w:w="110" w:type="dxa"/>
              <w:left w:w="110" w:type="dxa"/>
              <w:bottom w:w="110" w:type="dxa"/>
              <w:right w:w="110" w:type="dxa"/>
            </w:tcMar>
            <w:vAlign w:val="center"/>
          </w:tcPr>
          <w:p w14:paraId="4EBCA56E" w14:textId="77777777" w:rsidR="00507A11" w:rsidRPr="00BD1580" w:rsidRDefault="00145834">
            <w:pPr>
              <w:spacing w:after="0"/>
              <w:rPr>
                <w:lang w:val="sl-SI"/>
              </w:rPr>
            </w:pPr>
            <w:r w:rsidRPr="00BD1580">
              <w:rPr>
                <w:sz w:val="18"/>
                <w:lang w:val="sl-SI"/>
              </w:rPr>
              <w:t>Izpolnjena prijavnica PDF</w:t>
            </w:r>
          </w:p>
        </w:tc>
        <w:tc>
          <w:tcPr>
            <w:tcW w:w="2098" w:type="dxa"/>
            <w:tcMar>
              <w:top w:w="110" w:type="dxa"/>
              <w:left w:w="110" w:type="dxa"/>
              <w:bottom w:w="110" w:type="dxa"/>
              <w:right w:w="110" w:type="dxa"/>
            </w:tcMar>
            <w:vAlign w:val="center"/>
          </w:tcPr>
          <w:p w14:paraId="362351D1" w14:textId="77777777" w:rsidR="00507A11" w:rsidRPr="00BD1580" w:rsidRDefault="00145834">
            <w:pPr>
              <w:spacing w:after="0"/>
              <w:rPr>
                <w:lang w:val="sl-SI"/>
              </w:rPr>
            </w:pPr>
            <w:r w:rsidRPr="00BD1580">
              <w:rPr>
                <w:sz w:val="18"/>
                <w:lang w:val="sl-SI"/>
              </w:rPr>
              <w:t>obvezno</w:t>
            </w:r>
          </w:p>
        </w:tc>
        <w:tc>
          <w:tcPr>
            <w:tcW w:w="964" w:type="dxa"/>
            <w:tcMar>
              <w:top w:w="110" w:type="dxa"/>
              <w:left w:w="110" w:type="dxa"/>
              <w:bottom w:w="110" w:type="dxa"/>
              <w:right w:w="110" w:type="dxa"/>
            </w:tcMar>
            <w:vAlign w:val="center"/>
          </w:tcPr>
          <w:p w14:paraId="04068523" w14:textId="77777777" w:rsidR="00507A11" w:rsidRPr="00BD1580" w:rsidRDefault="00507A11">
            <w:pPr>
              <w:spacing w:after="0"/>
              <w:rPr>
                <w:lang w:val="sl-SI"/>
              </w:rPr>
            </w:pPr>
          </w:p>
        </w:tc>
      </w:tr>
      <w:tr w:rsidR="00507A11" w:rsidRPr="00BD1580" w14:paraId="7036D8F8" w14:textId="77777777" w:rsidTr="009A09FA">
        <w:tc>
          <w:tcPr>
            <w:tcW w:w="3969" w:type="dxa"/>
            <w:tcMar>
              <w:top w:w="110" w:type="dxa"/>
              <w:left w:w="110" w:type="dxa"/>
              <w:bottom w:w="110" w:type="dxa"/>
              <w:right w:w="110" w:type="dxa"/>
            </w:tcMar>
            <w:vAlign w:val="center"/>
          </w:tcPr>
          <w:p w14:paraId="4FF6D369" w14:textId="77777777" w:rsidR="00507A11" w:rsidRPr="00BD1580" w:rsidRDefault="00145834">
            <w:pPr>
              <w:spacing w:after="0"/>
              <w:rPr>
                <w:lang w:val="sl-SI"/>
              </w:rPr>
            </w:pPr>
            <w:r w:rsidRPr="00BD1580">
              <w:rPr>
                <w:sz w:val="18"/>
                <w:lang w:val="sl-SI"/>
              </w:rPr>
              <w:t>Video do 5 minut</w:t>
            </w:r>
          </w:p>
        </w:tc>
        <w:tc>
          <w:tcPr>
            <w:tcW w:w="2098" w:type="dxa"/>
            <w:tcMar>
              <w:top w:w="110" w:type="dxa"/>
              <w:left w:w="110" w:type="dxa"/>
              <w:bottom w:w="110" w:type="dxa"/>
              <w:right w:w="110" w:type="dxa"/>
            </w:tcMar>
            <w:vAlign w:val="center"/>
          </w:tcPr>
          <w:p w14:paraId="4B19424E" w14:textId="77777777" w:rsidR="00507A11" w:rsidRPr="00BD1580" w:rsidRDefault="00145834">
            <w:pPr>
              <w:spacing w:after="0"/>
              <w:rPr>
                <w:lang w:val="sl-SI"/>
              </w:rPr>
            </w:pPr>
            <w:r w:rsidRPr="00BD1580">
              <w:rPr>
                <w:sz w:val="18"/>
                <w:lang w:val="sl-SI"/>
              </w:rPr>
              <w:t>neobvezno</w:t>
            </w:r>
          </w:p>
        </w:tc>
        <w:tc>
          <w:tcPr>
            <w:tcW w:w="964" w:type="dxa"/>
            <w:tcMar>
              <w:top w:w="110" w:type="dxa"/>
              <w:left w:w="110" w:type="dxa"/>
              <w:bottom w:w="110" w:type="dxa"/>
              <w:right w:w="110" w:type="dxa"/>
            </w:tcMar>
            <w:vAlign w:val="center"/>
          </w:tcPr>
          <w:p w14:paraId="2311780A" w14:textId="77777777" w:rsidR="00507A11" w:rsidRPr="00BD1580" w:rsidRDefault="00507A11">
            <w:pPr>
              <w:spacing w:after="0"/>
              <w:rPr>
                <w:lang w:val="sl-SI"/>
              </w:rPr>
            </w:pPr>
          </w:p>
        </w:tc>
      </w:tr>
      <w:tr w:rsidR="00507A11" w:rsidRPr="00BD1580" w14:paraId="12CA88B8" w14:textId="77777777" w:rsidTr="009A09FA">
        <w:tc>
          <w:tcPr>
            <w:tcW w:w="3969" w:type="dxa"/>
            <w:tcMar>
              <w:top w:w="110" w:type="dxa"/>
              <w:left w:w="110" w:type="dxa"/>
              <w:bottom w:w="110" w:type="dxa"/>
              <w:right w:w="110" w:type="dxa"/>
            </w:tcMar>
            <w:vAlign w:val="center"/>
          </w:tcPr>
          <w:p w14:paraId="032E8AEC" w14:textId="77777777" w:rsidR="00507A11" w:rsidRPr="00BD1580" w:rsidRDefault="00145834">
            <w:pPr>
              <w:spacing w:after="0"/>
              <w:rPr>
                <w:lang w:val="sl-SI"/>
              </w:rPr>
            </w:pPr>
            <w:r w:rsidRPr="00BD1580">
              <w:rPr>
                <w:sz w:val="18"/>
                <w:lang w:val="sl-SI"/>
              </w:rPr>
              <w:t>Predstavitev ali tehnični povzetek</w:t>
            </w:r>
          </w:p>
        </w:tc>
        <w:tc>
          <w:tcPr>
            <w:tcW w:w="2098" w:type="dxa"/>
            <w:tcMar>
              <w:top w:w="110" w:type="dxa"/>
              <w:left w:w="110" w:type="dxa"/>
              <w:bottom w:w="110" w:type="dxa"/>
              <w:right w:w="110" w:type="dxa"/>
            </w:tcMar>
            <w:vAlign w:val="center"/>
          </w:tcPr>
          <w:p w14:paraId="2B9437B5" w14:textId="77777777" w:rsidR="00507A11" w:rsidRPr="00BD1580" w:rsidRDefault="00145834">
            <w:pPr>
              <w:spacing w:after="0"/>
              <w:rPr>
                <w:lang w:val="sl-SI"/>
              </w:rPr>
            </w:pPr>
            <w:r w:rsidRPr="00BD1580">
              <w:rPr>
                <w:sz w:val="18"/>
                <w:lang w:val="sl-SI"/>
              </w:rPr>
              <w:t>neobvezno</w:t>
            </w:r>
          </w:p>
        </w:tc>
        <w:tc>
          <w:tcPr>
            <w:tcW w:w="964" w:type="dxa"/>
            <w:tcMar>
              <w:top w:w="110" w:type="dxa"/>
              <w:left w:w="110" w:type="dxa"/>
              <w:bottom w:w="110" w:type="dxa"/>
              <w:right w:w="110" w:type="dxa"/>
            </w:tcMar>
            <w:vAlign w:val="center"/>
          </w:tcPr>
          <w:p w14:paraId="7029E887" w14:textId="77777777" w:rsidR="00507A11" w:rsidRPr="00BD1580" w:rsidRDefault="00507A11">
            <w:pPr>
              <w:spacing w:after="0"/>
              <w:rPr>
                <w:lang w:val="sl-SI"/>
              </w:rPr>
            </w:pPr>
          </w:p>
        </w:tc>
      </w:tr>
      <w:tr w:rsidR="00507A11" w:rsidRPr="00BD1580" w14:paraId="45BAF7CF" w14:textId="77777777" w:rsidTr="009A09FA">
        <w:tc>
          <w:tcPr>
            <w:tcW w:w="3969" w:type="dxa"/>
            <w:tcMar>
              <w:top w:w="110" w:type="dxa"/>
              <w:left w:w="110" w:type="dxa"/>
              <w:bottom w:w="110" w:type="dxa"/>
              <w:right w:w="110" w:type="dxa"/>
            </w:tcMar>
            <w:vAlign w:val="center"/>
          </w:tcPr>
          <w:p w14:paraId="7EEBB01D" w14:textId="77777777" w:rsidR="00507A11" w:rsidRPr="00BD1580" w:rsidRDefault="00145834">
            <w:pPr>
              <w:spacing w:after="0"/>
              <w:rPr>
                <w:lang w:val="sl-SI"/>
              </w:rPr>
            </w:pPr>
            <w:r w:rsidRPr="00BD1580">
              <w:rPr>
                <w:sz w:val="18"/>
                <w:lang w:val="sl-SI"/>
              </w:rPr>
              <w:t>Reference, študije ali druga dokazila</w:t>
            </w:r>
          </w:p>
        </w:tc>
        <w:tc>
          <w:tcPr>
            <w:tcW w:w="2098" w:type="dxa"/>
            <w:tcMar>
              <w:top w:w="110" w:type="dxa"/>
              <w:left w:w="110" w:type="dxa"/>
              <w:bottom w:w="110" w:type="dxa"/>
              <w:right w:w="110" w:type="dxa"/>
            </w:tcMar>
            <w:vAlign w:val="center"/>
          </w:tcPr>
          <w:p w14:paraId="32D04E5C" w14:textId="77777777" w:rsidR="00507A11" w:rsidRPr="00BD1580" w:rsidRDefault="00145834">
            <w:pPr>
              <w:spacing w:after="0"/>
              <w:rPr>
                <w:lang w:val="sl-SI"/>
              </w:rPr>
            </w:pPr>
            <w:r w:rsidRPr="00BD1580">
              <w:rPr>
                <w:sz w:val="18"/>
                <w:lang w:val="sl-SI"/>
              </w:rPr>
              <w:t>neobvezno</w:t>
            </w:r>
          </w:p>
        </w:tc>
        <w:tc>
          <w:tcPr>
            <w:tcW w:w="964" w:type="dxa"/>
            <w:tcMar>
              <w:top w:w="110" w:type="dxa"/>
              <w:left w:w="110" w:type="dxa"/>
              <w:bottom w:w="110" w:type="dxa"/>
              <w:right w:w="110" w:type="dxa"/>
            </w:tcMar>
            <w:vAlign w:val="center"/>
          </w:tcPr>
          <w:p w14:paraId="7C5AE2C7" w14:textId="77777777" w:rsidR="00507A11" w:rsidRPr="00BD1580" w:rsidRDefault="00507A11">
            <w:pPr>
              <w:spacing w:after="0"/>
              <w:rPr>
                <w:lang w:val="sl-SI"/>
              </w:rPr>
            </w:pPr>
          </w:p>
        </w:tc>
      </w:tr>
    </w:tbl>
    <w:p w14:paraId="30C1A26E" w14:textId="77777777" w:rsidR="00507A11" w:rsidRPr="00BD1580" w:rsidRDefault="00507A11">
      <w:pPr>
        <w:spacing w:after="0"/>
        <w:rPr>
          <w:lang w:val="sl-SI"/>
        </w:rPr>
      </w:pPr>
    </w:p>
    <w:p w14:paraId="62A83EE4" w14:textId="77777777" w:rsidR="00DA5124" w:rsidRDefault="00DA5124">
      <w:pPr>
        <w:pStyle w:val="Naslov1"/>
        <w:rPr>
          <w:lang w:val="sl-SI"/>
        </w:rPr>
      </w:pPr>
    </w:p>
    <w:p w14:paraId="0F8134D3" w14:textId="5DB0CCA8" w:rsidR="00507A11" w:rsidRPr="00BD1580" w:rsidRDefault="00DA5124">
      <w:pPr>
        <w:pStyle w:val="Naslov1"/>
        <w:rPr>
          <w:lang w:val="sl-SI"/>
        </w:rPr>
      </w:pPr>
      <w:r>
        <w:rPr>
          <w:lang w:val="sl-SI"/>
        </w:rPr>
        <w:t>F</w:t>
      </w:r>
      <w:r w:rsidR="00145834" w:rsidRPr="00BD1580">
        <w:rPr>
          <w:lang w:val="sl-SI"/>
        </w:rPr>
        <w:t>. Izjave</w:t>
      </w:r>
      <w:r w:rsidR="004A71CB" w:rsidRPr="00BD1580">
        <w:rPr>
          <w:lang w:val="sl-SI"/>
        </w:rPr>
        <w:t xml:space="preserve"> </w:t>
      </w:r>
      <w:r w:rsidR="00157D84" w:rsidRPr="00BD1580">
        <w:rPr>
          <w:lang w:val="sl-SI"/>
        </w:rPr>
        <w:t>*</w:t>
      </w:r>
    </w:p>
    <w:p w14:paraId="6AD4347A" w14:textId="3062B331" w:rsidR="00507A11" w:rsidRPr="00BD1580" w:rsidRDefault="00C876D6" w:rsidP="008B02CE">
      <w:pPr>
        <w:pStyle w:val="Oznaenseznam"/>
        <w:numPr>
          <w:ilvl w:val="0"/>
          <w:numId w:val="0"/>
        </w:numPr>
        <w:spacing w:after="20"/>
        <w:ind w:left="360"/>
        <w:rPr>
          <w:lang w:val="sl-SI"/>
        </w:rPr>
      </w:pPr>
      <w:sdt>
        <w:sdtPr>
          <w:rPr>
            <w:lang w:val="sl-SI"/>
          </w:rPr>
          <w:id w:val="-19469181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B02CE" w:rsidRPr="00BD1580">
            <w:rPr>
              <w:rFonts w:ascii="MS Gothic" w:eastAsia="MS Gothic" w:hAnsi="MS Gothic"/>
              <w:lang w:val="sl-SI"/>
            </w:rPr>
            <w:t>☐</w:t>
          </w:r>
        </w:sdtContent>
      </w:sdt>
      <w:r w:rsidR="00145834" w:rsidRPr="00BD1580">
        <w:rPr>
          <w:lang w:val="sl-SI"/>
        </w:rPr>
        <w:t xml:space="preserve"> </w:t>
      </w:r>
      <w:r w:rsidR="008B02CE" w:rsidRPr="00BD1580">
        <w:rPr>
          <w:lang w:val="sl-SI"/>
        </w:rPr>
        <w:t xml:space="preserve"> </w:t>
      </w:r>
      <w:r w:rsidR="00145834" w:rsidRPr="00BD1580">
        <w:rPr>
          <w:lang w:val="sl-SI"/>
        </w:rPr>
        <w:t xml:space="preserve">Podatki v prijavi so po našem najboljšem vedenju pravilni. </w:t>
      </w:r>
    </w:p>
    <w:p w14:paraId="754A250A" w14:textId="77777777" w:rsidR="008B02CE" w:rsidRPr="00BD1580" w:rsidRDefault="008B02CE" w:rsidP="008B02CE">
      <w:pPr>
        <w:pStyle w:val="Oznaenseznam"/>
        <w:numPr>
          <w:ilvl w:val="0"/>
          <w:numId w:val="0"/>
        </w:numPr>
        <w:spacing w:after="20"/>
        <w:ind w:left="360"/>
        <w:rPr>
          <w:lang w:val="sl-SI"/>
        </w:rPr>
      </w:pPr>
    </w:p>
    <w:p w14:paraId="69EE2481" w14:textId="63ED890A" w:rsidR="00507A11" w:rsidRPr="00BD1580" w:rsidRDefault="00C876D6" w:rsidP="008B02CE">
      <w:pPr>
        <w:pStyle w:val="Oznaenseznam"/>
        <w:numPr>
          <w:ilvl w:val="0"/>
          <w:numId w:val="0"/>
        </w:numPr>
        <w:spacing w:after="20"/>
        <w:ind w:left="360"/>
        <w:rPr>
          <w:lang w:val="sl-SI"/>
        </w:rPr>
      </w:pPr>
      <w:sdt>
        <w:sdtPr>
          <w:rPr>
            <w:lang w:val="sl-SI"/>
          </w:rPr>
          <w:id w:val="-9234967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B02CE" w:rsidRPr="00BD1580">
            <w:rPr>
              <w:rFonts w:ascii="MS Gothic" w:eastAsia="MS Gothic" w:hAnsi="MS Gothic"/>
              <w:lang w:val="sl-SI"/>
            </w:rPr>
            <w:t>☐</w:t>
          </w:r>
        </w:sdtContent>
      </w:sdt>
      <w:r w:rsidR="008B02CE" w:rsidRPr="00BD1580">
        <w:rPr>
          <w:lang w:val="sl-SI"/>
        </w:rPr>
        <w:t xml:space="preserve">  </w:t>
      </w:r>
      <w:r w:rsidR="00145834" w:rsidRPr="00BD1580">
        <w:rPr>
          <w:lang w:val="sl-SI"/>
        </w:rPr>
        <w:t xml:space="preserve">Vloga in priloge ne vsebujejo osebnih ali zdravstvenih podatkov pacientov. </w:t>
      </w:r>
    </w:p>
    <w:p w14:paraId="574D56A2" w14:textId="77777777" w:rsidR="008B02CE" w:rsidRPr="00BD1580" w:rsidRDefault="008B02CE" w:rsidP="008B02CE">
      <w:pPr>
        <w:pStyle w:val="Oznaenseznam"/>
        <w:numPr>
          <w:ilvl w:val="0"/>
          <w:numId w:val="0"/>
        </w:numPr>
        <w:spacing w:after="20"/>
        <w:ind w:left="360"/>
        <w:rPr>
          <w:lang w:val="sl-SI"/>
        </w:rPr>
      </w:pPr>
    </w:p>
    <w:p w14:paraId="6FFB5030" w14:textId="2775B435" w:rsidR="00507A11" w:rsidRPr="00BD1580" w:rsidRDefault="00C876D6" w:rsidP="008B02CE">
      <w:pPr>
        <w:pStyle w:val="Oznaenseznam"/>
        <w:numPr>
          <w:ilvl w:val="0"/>
          <w:numId w:val="0"/>
        </w:numPr>
        <w:spacing w:after="20"/>
        <w:ind w:left="709" w:hanging="349"/>
        <w:rPr>
          <w:lang w:val="sl-SI"/>
        </w:rPr>
      </w:pPr>
      <w:sdt>
        <w:sdtPr>
          <w:rPr>
            <w:lang w:val="sl-SI"/>
          </w:rPr>
          <w:id w:val="-15593191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B02CE" w:rsidRPr="00BD1580">
            <w:rPr>
              <w:rFonts w:ascii="MS Gothic" w:eastAsia="MS Gothic" w:hAnsi="MS Gothic"/>
              <w:lang w:val="sl-SI"/>
            </w:rPr>
            <w:t>☐</w:t>
          </w:r>
        </w:sdtContent>
      </w:sdt>
      <w:r w:rsidR="008B02CE" w:rsidRPr="00BD1580">
        <w:rPr>
          <w:lang w:val="sl-SI"/>
        </w:rPr>
        <w:t xml:space="preserve">  </w:t>
      </w:r>
      <w:r w:rsidR="00145834" w:rsidRPr="00BD1580">
        <w:rPr>
          <w:lang w:val="sl-SI"/>
        </w:rPr>
        <w:t xml:space="preserve">Dovoljujemo uporabo podatkov za pregled rešitev in stik glede morebitne predstavitve ali prihodnjega pilota. </w:t>
      </w:r>
    </w:p>
    <w:p w14:paraId="4CB96E82" w14:textId="77777777" w:rsidR="008B02CE" w:rsidRPr="00BD1580" w:rsidRDefault="008B02CE" w:rsidP="008B02CE">
      <w:pPr>
        <w:pStyle w:val="Oznaenseznam"/>
        <w:numPr>
          <w:ilvl w:val="0"/>
          <w:numId w:val="0"/>
        </w:numPr>
        <w:spacing w:after="20"/>
        <w:ind w:left="360"/>
        <w:rPr>
          <w:lang w:val="sl-SI"/>
        </w:rPr>
      </w:pPr>
    </w:p>
    <w:p w14:paraId="17402DC9" w14:textId="7D044270" w:rsidR="00507A11" w:rsidRPr="00BD1580" w:rsidRDefault="00C876D6" w:rsidP="008B02CE">
      <w:pPr>
        <w:pStyle w:val="Oznaenseznam"/>
        <w:numPr>
          <w:ilvl w:val="0"/>
          <w:numId w:val="0"/>
        </w:numPr>
        <w:spacing w:after="20"/>
        <w:ind w:left="360"/>
        <w:rPr>
          <w:lang w:val="sl-SI"/>
        </w:rPr>
      </w:pPr>
      <w:sdt>
        <w:sdtPr>
          <w:rPr>
            <w:lang w:val="sl-SI"/>
          </w:rPr>
          <w:id w:val="5197464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B02CE" w:rsidRPr="00BD1580">
            <w:rPr>
              <w:rFonts w:ascii="MS Gothic" w:eastAsia="MS Gothic" w:hAnsi="MS Gothic"/>
              <w:lang w:val="sl-SI"/>
            </w:rPr>
            <w:t>☐</w:t>
          </w:r>
        </w:sdtContent>
      </w:sdt>
      <w:r w:rsidR="008B02CE" w:rsidRPr="00BD1580">
        <w:rPr>
          <w:lang w:val="sl-SI"/>
        </w:rPr>
        <w:t xml:space="preserve">  </w:t>
      </w:r>
      <w:r w:rsidR="00145834" w:rsidRPr="00BD1580">
        <w:rPr>
          <w:lang w:val="sl-SI"/>
        </w:rPr>
        <w:t xml:space="preserve">Razumemo, da oddaja ne pomeni izbire, naročila, financiranja ali zagotovila za pilot. </w:t>
      </w:r>
    </w:p>
    <w:p w14:paraId="7B785778" w14:textId="77777777" w:rsidR="008B02CE" w:rsidRPr="00BD1580" w:rsidRDefault="008B02CE" w:rsidP="008B02CE">
      <w:pPr>
        <w:pStyle w:val="Oznaenseznam"/>
        <w:numPr>
          <w:ilvl w:val="0"/>
          <w:numId w:val="0"/>
        </w:numPr>
        <w:spacing w:after="20"/>
        <w:ind w:left="360"/>
        <w:rPr>
          <w:lang w:val="sl-SI"/>
        </w:rPr>
      </w:pPr>
    </w:p>
    <w:p w14:paraId="142944AD" w14:textId="7B88947E" w:rsidR="00507A11" w:rsidRPr="00BD1580" w:rsidRDefault="00C876D6" w:rsidP="008B02CE">
      <w:pPr>
        <w:pStyle w:val="Oznaenseznam"/>
        <w:numPr>
          <w:ilvl w:val="0"/>
          <w:numId w:val="0"/>
        </w:numPr>
        <w:spacing w:after="20"/>
        <w:ind w:left="360"/>
        <w:rPr>
          <w:lang w:val="sl-SI"/>
        </w:rPr>
      </w:pPr>
      <w:sdt>
        <w:sdtPr>
          <w:rPr>
            <w:lang w:val="sl-SI"/>
          </w:rPr>
          <w:id w:val="7382152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B02CE" w:rsidRPr="00BD1580">
            <w:rPr>
              <w:rFonts w:ascii="MS Gothic" w:eastAsia="MS Gothic" w:hAnsi="MS Gothic"/>
              <w:lang w:val="sl-SI"/>
            </w:rPr>
            <w:t>☐</w:t>
          </w:r>
        </w:sdtContent>
      </w:sdt>
      <w:r w:rsidR="008B02CE" w:rsidRPr="00BD1580">
        <w:rPr>
          <w:lang w:val="sl-SI"/>
        </w:rPr>
        <w:t xml:space="preserve">  </w:t>
      </w:r>
      <w:r w:rsidR="00145834" w:rsidRPr="00BD1580">
        <w:rPr>
          <w:lang w:val="sl-SI"/>
        </w:rPr>
        <w:t>Organizator sme v katalogu objaviti naziv podjetja, naziv rešitve in kratek nezaupni povzetek: DA / NE</w:t>
      </w:r>
    </w:p>
    <w:p w14:paraId="46F6B9BC" w14:textId="77777777" w:rsidR="00A80ED9" w:rsidRPr="00BD1580" w:rsidRDefault="00A80ED9">
      <w:pPr>
        <w:keepNext/>
        <w:spacing w:after="20"/>
        <w:rPr>
          <w:b/>
          <w:color w:val="1F4E78"/>
          <w:lang w:val="sl-SI"/>
        </w:rPr>
      </w:pPr>
    </w:p>
    <w:p w14:paraId="55A554A9" w14:textId="77777777" w:rsidR="00284C8E" w:rsidRPr="00BD1580" w:rsidRDefault="00284C8E">
      <w:pPr>
        <w:keepNext/>
        <w:spacing w:after="20"/>
        <w:rPr>
          <w:b/>
          <w:color w:val="1F4E78"/>
          <w:lang w:val="sl-SI"/>
        </w:rPr>
      </w:pPr>
    </w:p>
    <w:p w14:paraId="265E6381" w14:textId="77777777" w:rsidR="00284C8E" w:rsidRPr="00BD1580" w:rsidRDefault="00284C8E">
      <w:pPr>
        <w:keepNext/>
        <w:spacing w:after="20"/>
        <w:rPr>
          <w:b/>
          <w:color w:val="1F4E78"/>
          <w:lang w:val="sl-SI"/>
        </w:rPr>
      </w:pPr>
    </w:p>
    <w:p w14:paraId="0E3C4D5C" w14:textId="569B8CEA" w:rsidR="00507A11" w:rsidRPr="00BD1580" w:rsidRDefault="00145834">
      <w:pPr>
        <w:keepNext/>
        <w:spacing w:after="20"/>
        <w:rPr>
          <w:lang w:val="sl-SI"/>
        </w:rPr>
      </w:pPr>
      <w:r w:rsidRPr="00BD1580">
        <w:rPr>
          <w:b/>
          <w:color w:val="1F4E78"/>
          <w:lang w:val="sl-SI"/>
        </w:rPr>
        <w:t>Ime in funkcija</w:t>
      </w:r>
      <w:r w:rsidR="007220CD">
        <w:rPr>
          <w:b/>
          <w:color w:val="1F4E78"/>
          <w:lang w:val="sl-SI"/>
        </w:rPr>
        <w:t xml:space="preserve"> odgovorne</w:t>
      </w:r>
      <w:r w:rsidRPr="00BD1580">
        <w:rPr>
          <w:b/>
          <w:color w:val="1F4E78"/>
          <w:lang w:val="sl-SI"/>
        </w:rPr>
        <w:t xml:space="preserve"> osebe *</w:t>
      </w:r>
    </w:p>
    <w:p w14:paraId="3A7071DA" w14:textId="31EE99D0" w:rsidR="00507A11" w:rsidRPr="00BD1580" w:rsidRDefault="00C876D6">
      <w:pPr>
        <w:spacing w:after="20"/>
        <w:rPr>
          <w:lang w:val="sl-SI"/>
        </w:rPr>
      </w:pPr>
      <w:sdt>
        <w:sdtPr>
          <w:rPr>
            <w:lang w:val="sl-SI"/>
          </w:rPr>
          <w:id w:val="-1418625594"/>
          <w:placeholder>
            <w:docPart w:val="6CF3FC2BD91746C8969B1DA2CD3DB821"/>
          </w:placeholder>
          <w:showingPlcHdr/>
        </w:sdtPr>
        <w:sdtEndPr/>
        <w:sdtContent>
          <w:r w:rsidR="00B7776D" w:rsidRPr="00BD1580">
            <w:rPr>
              <w:rStyle w:val="Besedilooznabemesta"/>
              <w:lang w:val="sl-SI"/>
            </w:rPr>
            <w:t>Kliknite ali tapnite tukaj, če želite vnesti besedilo.</w:t>
          </w:r>
        </w:sdtContent>
      </w:sdt>
    </w:p>
    <w:p w14:paraId="3EDC3FC4" w14:textId="77777777" w:rsidR="00B7776D" w:rsidRPr="00BD1580" w:rsidRDefault="00B7776D">
      <w:pPr>
        <w:keepNext/>
        <w:spacing w:after="20"/>
        <w:rPr>
          <w:b/>
          <w:color w:val="1F4E78"/>
          <w:lang w:val="sl-SI"/>
        </w:rPr>
      </w:pPr>
    </w:p>
    <w:p w14:paraId="1CA8DA25" w14:textId="77777777" w:rsidR="00284C8E" w:rsidRPr="00BD1580" w:rsidRDefault="00284C8E">
      <w:pPr>
        <w:keepNext/>
        <w:spacing w:after="20"/>
        <w:rPr>
          <w:b/>
          <w:color w:val="1F4E78"/>
          <w:lang w:val="sl-SI"/>
        </w:rPr>
      </w:pPr>
    </w:p>
    <w:p w14:paraId="06CC9137" w14:textId="327A3277" w:rsidR="00507A11" w:rsidRPr="00BD1580" w:rsidRDefault="00145834">
      <w:pPr>
        <w:keepNext/>
        <w:spacing w:after="20"/>
        <w:rPr>
          <w:lang w:val="sl-SI"/>
        </w:rPr>
      </w:pPr>
      <w:r w:rsidRPr="00BD1580">
        <w:rPr>
          <w:b/>
          <w:color w:val="1F4E78"/>
          <w:lang w:val="sl-SI"/>
        </w:rPr>
        <w:t>Datum *</w:t>
      </w:r>
    </w:p>
    <w:p w14:paraId="70EB965C" w14:textId="52B25091" w:rsidR="00507A11" w:rsidRPr="00BD1580" w:rsidRDefault="00C876D6">
      <w:pPr>
        <w:spacing w:after="20"/>
        <w:rPr>
          <w:lang w:val="sl-SI"/>
        </w:rPr>
      </w:pPr>
      <w:sdt>
        <w:sdtPr>
          <w:rPr>
            <w:lang w:val="sl-SI"/>
          </w:rPr>
          <w:id w:val="474409667"/>
          <w:placeholder>
            <w:docPart w:val="FCBFDC70678644D19EAB9C14FF494AD6"/>
          </w:placeholder>
          <w:showingPlcHdr/>
        </w:sdtPr>
        <w:sdtEndPr/>
        <w:sdtContent>
          <w:r w:rsidR="00B7776D" w:rsidRPr="00BD1580">
            <w:rPr>
              <w:rStyle w:val="Besedilooznabemesta"/>
              <w:lang w:val="sl-SI"/>
            </w:rPr>
            <w:t>Kliknite ali tapnite tukaj, če želite vnesti besedilo.</w:t>
          </w:r>
        </w:sdtContent>
      </w:sdt>
    </w:p>
    <w:p w14:paraId="3EFDF4C8" w14:textId="77777777" w:rsidR="00B7776D" w:rsidRPr="00BD1580" w:rsidRDefault="00B7776D">
      <w:pPr>
        <w:keepNext/>
        <w:spacing w:after="20"/>
        <w:rPr>
          <w:b/>
          <w:color w:val="1F4E78"/>
          <w:lang w:val="sl-SI"/>
        </w:rPr>
      </w:pPr>
    </w:p>
    <w:p w14:paraId="50D5A5BA" w14:textId="1F50FD93" w:rsidR="00507A11" w:rsidRPr="00BD1580" w:rsidRDefault="00507A11" w:rsidP="00B7776D">
      <w:pPr>
        <w:spacing w:after="20"/>
        <w:rPr>
          <w:lang w:val="sl-SI"/>
        </w:rPr>
      </w:pPr>
    </w:p>
    <w:p w14:paraId="1B524C81" w14:textId="668C52E7" w:rsidR="00507A11" w:rsidRPr="00BD1580" w:rsidRDefault="00507A11">
      <w:pPr>
        <w:rPr>
          <w:lang w:val="sl-SI"/>
        </w:rPr>
      </w:pPr>
    </w:p>
    <w:sectPr w:rsidR="00507A11" w:rsidRPr="00BD1580" w:rsidSect="00034616">
      <w:headerReference w:type="default" r:id="rId8"/>
      <w:footerReference w:type="default" r:id="rId9"/>
      <w:pgSz w:w="11906" w:h="16838"/>
      <w:pgMar w:top="1020" w:right="1247" w:bottom="964" w:left="124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5B699B" w14:textId="77777777" w:rsidR="00C876D6" w:rsidRDefault="00C876D6">
      <w:pPr>
        <w:spacing w:after="0" w:line="240" w:lineRule="auto"/>
      </w:pPr>
      <w:r>
        <w:separator/>
      </w:r>
    </w:p>
  </w:endnote>
  <w:endnote w:type="continuationSeparator" w:id="0">
    <w:p w14:paraId="2D237585" w14:textId="77777777" w:rsidR="00C876D6" w:rsidRDefault="00C876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8E01A5" w14:textId="6079B2CC" w:rsidR="00507A11" w:rsidRDefault="00145834">
    <w:pPr>
      <w:pStyle w:val="Noga"/>
      <w:jc w:val="center"/>
    </w:pPr>
    <w:r>
      <w:fldChar w:fldCharType="begin"/>
    </w:r>
    <w:r>
      <w:instrText>PAGE</w:instrText>
    </w:r>
    <w:r>
      <w:fldChar w:fldCharType="separate"/>
    </w:r>
    <w:r w:rsidR="00E12E68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863265" w14:textId="77777777" w:rsidR="00C876D6" w:rsidRDefault="00C876D6">
      <w:pPr>
        <w:spacing w:after="0" w:line="240" w:lineRule="auto"/>
      </w:pPr>
      <w:r>
        <w:separator/>
      </w:r>
    </w:p>
  </w:footnote>
  <w:footnote w:type="continuationSeparator" w:id="0">
    <w:p w14:paraId="36F28CFA" w14:textId="77777777" w:rsidR="00C876D6" w:rsidRDefault="00C876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50E9E5" w14:textId="4116D63F" w:rsidR="00507A11" w:rsidRDefault="00B66060">
    <w:pPr>
      <w:pStyle w:val="Glava"/>
      <w:jc w:val="righ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4261145" wp14:editId="2DD2D147">
          <wp:simplePos x="0" y="0"/>
          <wp:positionH relativeFrom="column">
            <wp:posOffset>4438650</wp:posOffset>
          </wp:positionH>
          <wp:positionV relativeFrom="paragraph">
            <wp:posOffset>-276225</wp:posOffset>
          </wp:positionV>
          <wp:extent cx="1543174" cy="795647"/>
          <wp:effectExtent l="0" t="0" r="0" b="5080"/>
          <wp:wrapNone/>
          <wp:docPr id="5" name="Slika 4" descr="Slika, ki vsebuje besede besedilo, posnetek zaslona, pisava, električno modra&#10;&#10;Vsebina, ustvarjena z UI, morda ni pravilna.">
            <a:extLst xmlns:a="http://schemas.openxmlformats.org/drawingml/2006/main">
              <a:ext uri="{FF2B5EF4-FFF2-40B4-BE49-F238E27FC236}">
                <a16:creationId xmlns:a16="http://schemas.microsoft.com/office/drawing/2014/main" id="{0D1A5E1D-6138-B11F-3CC7-7DF3F894E99C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Slika 4" descr="Slika, ki vsebuje besede besedilo, posnetek zaslona, pisava, električno modra&#10;&#10;Vsebina, ustvarjena z UI, morda ni pravilna.">
                    <a:extLst>
                      <a:ext uri="{FF2B5EF4-FFF2-40B4-BE49-F238E27FC236}">
                        <a16:creationId xmlns:a16="http://schemas.microsoft.com/office/drawing/2014/main" id="{0D1A5E1D-6138-B11F-3CC7-7DF3F894E99C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43174" cy="79564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Otevilense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Otevilense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Oznaenseznam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Oznaenseznam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Otevile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Oznaenseznam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290235190">
    <w:abstractNumId w:val="8"/>
  </w:num>
  <w:num w:numId="2" w16cid:durableId="1293747808">
    <w:abstractNumId w:val="6"/>
  </w:num>
  <w:num w:numId="3" w16cid:durableId="150293591">
    <w:abstractNumId w:val="5"/>
  </w:num>
  <w:num w:numId="4" w16cid:durableId="2007780176">
    <w:abstractNumId w:val="4"/>
  </w:num>
  <w:num w:numId="5" w16cid:durableId="1864055068">
    <w:abstractNumId w:val="7"/>
  </w:num>
  <w:num w:numId="6" w16cid:durableId="1225684190">
    <w:abstractNumId w:val="3"/>
  </w:num>
  <w:num w:numId="7" w16cid:durableId="1969430730">
    <w:abstractNumId w:val="2"/>
  </w:num>
  <w:num w:numId="8" w16cid:durableId="1761288943">
    <w:abstractNumId w:val="1"/>
  </w:num>
  <w:num w:numId="9" w16cid:durableId="14165881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03640"/>
    <w:rsid w:val="00026336"/>
    <w:rsid w:val="00034616"/>
    <w:rsid w:val="00050E5A"/>
    <w:rsid w:val="0006063C"/>
    <w:rsid w:val="000B38EA"/>
    <w:rsid w:val="000D70A5"/>
    <w:rsid w:val="00120CC4"/>
    <w:rsid w:val="00121EF0"/>
    <w:rsid w:val="0012658C"/>
    <w:rsid w:val="00145834"/>
    <w:rsid w:val="0015074B"/>
    <w:rsid w:val="00157D84"/>
    <w:rsid w:val="001A0D30"/>
    <w:rsid w:val="001D2A1C"/>
    <w:rsid w:val="00226D5F"/>
    <w:rsid w:val="00250A0F"/>
    <w:rsid w:val="00284C8E"/>
    <w:rsid w:val="0029639D"/>
    <w:rsid w:val="002972F9"/>
    <w:rsid w:val="00326F90"/>
    <w:rsid w:val="003A0C24"/>
    <w:rsid w:val="003B5959"/>
    <w:rsid w:val="00406E0E"/>
    <w:rsid w:val="004A71CB"/>
    <w:rsid w:val="004C5BAF"/>
    <w:rsid w:val="004F7CF5"/>
    <w:rsid w:val="00507A11"/>
    <w:rsid w:val="00571317"/>
    <w:rsid w:val="00577275"/>
    <w:rsid w:val="005952A3"/>
    <w:rsid w:val="005D59DF"/>
    <w:rsid w:val="005E33A5"/>
    <w:rsid w:val="00655F64"/>
    <w:rsid w:val="007220CD"/>
    <w:rsid w:val="00736E43"/>
    <w:rsid w:val="007B368A"/>
    <w:rsid w:val="007D4A6C"/>
    <w:rsid w:val="0085297C"/>
    <w:rsid w:val="008B02CE"/>
    <w:rsid w:val="008D22AC"/>
    <w:rsid w:val="008F4D20"/>
    <w:rsid w:val="00923FB2"/>
    <w:rsid w:val="009A09FA"/>
    <w:rsid w:val="009D28D3"/>
    <w:rsid w:val="00A31B6D"/>
    <w:rsid w:val="00A3369A"/>
    <w:rsid w:val="00A80ED9"/>
    <w:rsid w:val="00AA1D8D"/>
    <w:rsid w:val="00AE249F"/>
    <w:rsid w:val="00B25063"/>
    <w:rsid w:val="00B25BA2"/>
    <w:rsid w:val="00B3623C"/>
    <w:rsid w:val="00B44005"/>
    <w:rsid w:val="00B47730"/>
    <w:rsid w:val="00B66060"/>
    <w:rsid w:val="00B7776D"/>
    <w:rsid w:val="00BB1E81"/>
    <w:rsid w:val="00BB3C63"/>
    <w:rsid w:val="00BC3F15"/>
    <w:rsid w:val="00BD1580"/>
    <w:rsid w:val="00BD5E74"/>
    <w:rsid w:val="00C11269"/>
    <w:rsid w:val="00C128EE"/>
    <w:rsid w:val="00C27A16"/>
    <w:rsid w:val="00C4571E"/>
    <w:rsid w:val="00C635F3"/>
    <w:rsid w:val="00C743D3"/>
    <w:rsid w:val="00C85C91"/>
    <w:rsid w:val="00C876D6"/>
    <w:rsid w:val="00CB0664"/>
    <w:rsid w:val="00D92D3F"/>
    <w:rsid w:val="00DA5124"/>
    <w:rsid w:val="00DC441E"/>
    <w:rsid w:val="00E12E68"/>
    <w:rsid w:val="00E15967"/>
    <w:rsid w:val="00E45EF3"/>
    <w:rsid w:val="00EF7CD5"/>
    <w:rsid w:val="00F36344"/>
    <w:rsid w:val="00FC693F"/>
    <w:rsid w:val="00FF0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4062061"/>
  <w14:defaultImageDpi w14:val="300"/>
  <w15:docId w15:val="{A70FD7AC-4A98-4ACE-A4E8-66250C311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FC693F"/>
    <w:pPr>
      <w:spacing w:after="100" w:line="264" w:lineRule="auto"/>
    </w:pPr>
    <w:rPr>
      <w:rFonts w:ascii="Calibri" w:hAnsi="Calibri"/>
      <w:sz w:val="21"/>
    </w:rPr>
  </w:style>
  <w:style w:type="paragraph" w:styleId="Naslov1">
    <w:name w:val="heading 1"/>
    <w:basedOn w:val="Navaden"/>
    <w:next w:val="Navaden"/>
    <w:link w:val="Naslov1Znak"/>
    <w:uiPriority w:val="9"/>
    <w:qFormat/>
    <w:rsid w:val="00FC693F"/>
    <w:pPr>
      <w:keepNext/>
      <w:keepLines/>
      <w:spacing w:before="280" w:after="140"/>
      <w:outlineLvl w:val="0"/>
    </w:pPr>
    <w:rPr>
      <w:rFonts w:asciiTheme="majorHAnsi" w:eastAsiaTheme="majorEastAsia" w:hAnsiTheme="majorHAnsi" w:cstheme="majorBidi"/>
      <w:b/>
      <w:bCs/>
      <w:color w:val="1F4E78"/>
      <w:sz w:val="32"/>
      <w:szCs w:val="28"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1F4E78"/>
      <w:sz w:val="26"/>
      <w:szCs w:val="26"/>
    </w:rPr>
  </w:style>
  <w:style w:type="paragraph" w:styleId="Naslov3">
    <w:name w:val="heading 3"/>
    <w:basedOn w:val="Navaden"/>
    <w:next w:val="Navaden"/>
    <w:link w:val="Naslov3Znak"/>
    <w:uiPriority w:val="9"/>
    <w:unhideWhenUsed/>
    <w:qFormat/>
    <w:rsid w:val="00FC693F"/>
    <w:pPr>
      <w:keepNext/>
      <w:keepLines/>
      <w:spacing w:before="140" w:after="60"/>
      <w:outlineLvl w:val="2"/>
    </w:pPr>
    <w:rPr>
      <w:rFonts w:asciiTheme="majorHAnsi" w:eastAsiaTheme="majorEastAsia" w:hAnsiTheme="majorHAnsi" w:cstheme="majorBidi"/>
      <w:b/>
      <w:bCs/>
      <w:color w:val="1F4E78"/>
      <w:sz w:val="23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E618BF"/>
  </w:style>
  <w:style w:type="paragraph" w:styleId="Noga">
    <w:name w:val="footer"/>
    <w:basedOn w:val="Navaden"/>
    <w:link w:val="Nog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E618BF"/>
  </w:style>
  <w:style w:type="paragraph" w:styleId="Brezrazmikov">
    <w:name w:val="No Spacing"/>
    <w:uiPriority w:val="1"/>
    <w:qFormat/>
    <w:rsid w:val="00FC693F"/>
    <w:pPr>
      <w:spacing w:after="0" w:line="240" w:lineRule="auto"/>
    </w:pPr>
  </w:style>
  <w:style w:type="character" w:customStyle="1" w:styleId="Naslov1Znak">
    <w:name w:val="Naslov 1 Znak"/>
    <w:basedOn w:val="Privzetapisavaodstavka"/>
    <w:link w:val="Naslov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slov2Znak">
    <w:name w:val="Naslov 2 Znak"/>
    <w:basedOn w:val="Privzetapisavaodstavka"/>
    <w:link w:val="Naslov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slov3Znak">
    <w:name w:val="Naslov 3 Znak"/>
    <w:basedOn w:val="Privzetapisavaodstavka"/>
    <w:link w:val="Naslov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">
    <w:name w:val="Title"/>
    <w:basedOn w:val="Navaden"/>
    <w:next w:val="Navaden"/>
    <w:link w:val="Naslov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slovZnak">
    <w:name w:val="Naslov Znak"/>
    <w:basedOn w:val="Privzetapisavaodstavka"/>
    <w:link w:val="Naslo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slovZnak">
    <w:name w:val="Podnaslov Znak"/>
    <w:basedOn w:val="Privzetapisavaodstavka"/>
    <w:link w:val="Podnaslov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tavekseznama">
    <w:name w:val="List Paragraph"/>
    <w:basedOn w:val="Navaden"/>
    <w:uiPriority w:val="34"/>
    <w:qFormat/>
    <w:rsid w:val="00FC693F"/>
    <w:pPr>
      <w:ind w:left="720"/>
      <w:contextualSpacing/>
    </w:pPr>
  </w:style>
  <w:style w:type="paragraph" w:styleId="Telobesedila">
    <w:name w:val="Body Text"/>
    <w:basedOn w:val="Navaden"/>
    <w:link w:val="TelobesedilaZnak"/>
    <w:uiPriority w:val="99"/>
    <w:unhideWhenUsed/>
    <w:rsid w:val="00AA1D8D"/>
    <w:pPr>
      <w:spacing w:after="120"/>
    </w:pPr>
  </w:style>
  <w:style w:type="character" w:customStyle="1" w:styleId="TelobesedilaZnak">
    <w:name w:val="Telo besedila Znak"/>
    <w:basedOn w:val="Privzetapisavaodstavka"/>
    <w:link w:val="Telobesedila"/>
    <w:uiPriority w:val="99"/>
    <w:rsid w:val="00AA1D8D"/>
  </w:style>
  <w:style w:type="paragraph" w:styleId="Telobesedila2">
    <w:name w:val="Body Text 2"/>
    <w:basedOn w:val="Navaden"/>
    <w:link w:val="Telobesedila2Znak"/>
    <w:uiPriority w:val="99"/>
    <w:unhideWhenUsed/>
    <w:rsid w:val="00AA1D8D"/>
    <w:pPr>
      <w:spacing w:after="120" w:line="480" w:lineRule="auto"/>
    </w:pPr>
  </w:style>
  <w:style w:type="character" w:customStyle="1" w:styleId="Telobesedila2Znak">
    <w:name w:val="Telo besedila 2 Znak"/>
    <w:basedOn w:val="Privzetapisavaodstavka"/>
    <w:link w:val="Telobesedila2"/>
    <w:uiPriority w:val="99"/>
    <w:rsid w:val="00AA1D8D"/>
  </w:style>
  <w:style w:type="paragraph" w:styleId="Telobesedila3">
    <w:name w:val="Body Text 3"/>
    <w:basedOn w:val="Navaden"/>
    <w:link w:val="Telobesedila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lobesedila3Znak">
    <w:name w:val="Telo besedila 3 Znak"/>
    <w:basedOn w:val="Privzetapisavaodstavka"/>
    <w:link w:val="Telobesedila3"/>
    <w:uiPriority w:val="99"/>
    <w:rsid w:val="00AA1D8D"/>
    <w:rPr>
      <w:sz w:val="16"/>
      <w:szCs w:val="16"/>
    </w:rPr>
  </w:style>
  <w:style w:type="paragraph" w:styleId="Seznam">
    <w:name w:val="List"/>
    <w:basedOn w:val="Navaden"/>
    <w:uiPriority w:val="99"/>
    <w:unhideWhenUsed/>
    <w:rsid w:val="00AA1D8D"/>
    <w:pPr>
      <w:ind w:left="360" w:hanging="360"/>
      <w:contextualSpacing/>
    </w:pPr>
  </w:style>
  <w:style w:type="paragraph" w:styleId="Seznam2">
    <w:name w:val="List 2"/>
    <w:basedOn w:val="Navaden"/>
    <w:uiPriority w:val="99"/>
    <w:unhideWhenUsed/>
    <w:rsid w:val="00326F90"/>
    <w:pPr>
      <w:ind w:left="720" w:hanging="360"/>
      <w:contextualSpacing/>
    </w:pPr>
  </w:style>
  <w:style w:type="paragraph" w:styleId="Seznam3">
    <w:name w:val="List 3"/>
    <w:basedOn w:val="Navaden"/>
    <w:uiPriority w:val="99"/>
    <w:unhideWhenUsed/>
    <w:rsid w:val="00326F90"/>
    <w:pPr>
      <w:ind w:left="1080" w:hanging="360"/>
      <w:contextualSpacing/>
    </w:pPr>
  </w:style>
  <w:style w:type="paragraph" w:styleId="Oznaenseznam">
    <w:name w:val="List Bullet"/>
    <w:basedOn w:val="Navaden"/>
    <w:uiPriority w:val="99"/>
    <w:unhideWhenUsed/>
    <w:rsid w:val="00326F90"/>
    <w:pPr>
      <w:numPr>
        <w:numId w:val="1"/>
      </w:numPr>
      <w:contextualSpacing/>
    </w:pPr>
  </w:style>
  <w:style w:type="paragraph" w:styleId="Oznaenseznam2">
    <w:name w:val="List Bullet 2"/>
    <w:basedOn w:val="Navaden"/>
    <w:uiPriority w:val="99"/>
    <w:unhideWhenUsed/>
    <w:rsid w:val="00326F90"/>
    <w:pPr>
      <w:numPr>
        <w:numId w:val="2"/>
      </w:numPr>
      <w:contextualSpacing/>
    </w:pPr>
  </w:style>
  <w:style w:type="paragraph" w:styleId="Oznaenseznam3">
    <w:name w:val="List Bullet 3"/>
    <w:basedOn w:val="Navaden"/>
    <w:uiPriority w:val="99"/>
    <w:unhideWhenUsed/>
    <w:rsid w:val="00326F90"/>
    <w:pPr>
      <w:numPr>
        <w:numId w:val="3"/>
      </w:numPr>
      <w:contextualSpacing/>
    </w:pPr>
  </w:style>
  <w:style w:type="paragraph" w:styleId="Otevilenseznam">
    <w:name w:val="List Number"/>
    <w:basedOn w:val="Navaden"/>
    <w:uiPriority w:val="99"/>
    <w:unhideWhenUsed/>
    <w:rsid w:val="00326F90"/>
    <w:pPr>
      <w:numPr>
        <w:numId w:val="5"/>
      </w:numPr>
      <w:contextualSpacing/>
    </w:pPr>
  </w:style>
  <w:style w:type="paragraph" w:styleId="Otevilenseznam2">
    <w:name w:val="List Number 2"/>
    <w:basedOn w:val="Navaden"/>
    <w:uiPriority w:val="99"/>
    <w:unhideWhenUsed/>
    <w:rsid w:val="0029639D"/>
    <w:pPr>
      <w:numPr>
        <w:numId w:val="6"/>
      </w:numPr>
      <w:contextualSpacing/>
    </w:pPr>
  </w:style>
  <w:style w:type="paragraph" w:styleId="Otevilenseznam3">
    <w:name w:val="List Number 3"/>
    <w:basedOn w:val="Navaden"/>
    <w:uiPriority w:val="99"/>
    <w:unhideWhenUsed/>
    <w:rsid w:val="0029639D"/>
    <w:pPr>
      <w:numPr>
        <w:numId w:val="7"/>
      </w:numPr>
      <w:contextualSpacing/>
    </w:pPr>
  </w:style>
  <w:style w:type="paragraph" w:styleId="Seznam-nadaljevanje">
    <w:name w:val="List Continue"/>
    <w:basedOn w:val="Navaden"/>
    <w:uiPriority w:val="99"/>
    <w:unhideWhenUsed/>
    <w:rsid w:val="0029639D"/>
    <w:pPr>
      <w:spacing w:after="120"/>
      <w:ind w:left="360"/>
      <w:contextualSpacing/>
    </w:pPr>
  </w:style>
  <w:style w:type="paragraph" w:styleId="Seznam-nadaljevanje2">
    <w:name w:val="List Continue 2"/>
    <w:basedOn w:val="Navaden"/>
    <w:uiPriority w:val="99"/>
    <w:unhideWhenUsed/>
    <w:rsid w:val="0029639D"/>
    <w:pPr>
      <w:spacing w:after="120"/>
      <w:ind w:left="720"/>
      <w:contextualSpacing/>
    </w:pPr>
  </w:style>
  <w:style w:type="paragraph" w:styleId="Seznam-nadaljevanje3">
    <w:name w:val="List Continue 3"/>
    <w:basedOn w:val="Navaden"/>
    <w:uiPriority w:val="99"/>
    <w:unhideWhenUsed/>
    <w:rsid w:val="0029639D"/>
    <w:pPr>
      <w:spacing w:after="120"/>
      <w:ind w:left="1080"/>
      <w:contextualSpacing/>
    </w:pPr>
  </w:style>
  <w:style w:type="paragraph" w:styleId="Makrobesedilo">
    <w:name w:val="macro"/>
    <w:link w:val="Makrobesedilo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besediloZnak">
    <w:name w:val="Makro besedilo Znak"/>
    <w:basedOn w:val="Privzetapisavaodstavka"/>
    <w:link w:val="Makrobesedilo"/>
    <w:uiPriority w:val="99"/>
    <w:rsid w:val="0029639D"/>
    <w:rPr>
      <w:rFonts w:ascii="Courier" w:hAnsi="Courier"/>
      <w:sz w:val="20"/>
      <w:szCs w:val="20"/>
    </w:rPr>
  </w:style>
  <w:style w:type="paragraph" w:styleId="Citat">
    <w:name w:val="Quote"/>
    <w:basedOn w:val="Navaden"/>
    <w:next w:val="Navaden"/>
    <w:link w:val="CitatZnak"/>
    <w:uiPriority w:val="29"/>
    <w:qFormat/>
    <w:rsid w:val="00FC693F"/>
    <w:rPr>
      <w:i/>
      <w:iCs/>
      <w:color w:val="000000" w:themeColor="text1"/>
    </w:rPr>
  </w:style>
  <w:style w:type="character" w:customStyle="1" w:styleId="CitatZnak">
    <w:name w:val="Citat Znak"/>
    <w:basedOn w:val="Privzetapisavaodstavka"/>
    <w:link w:val="Citat"/>
    <w:uiPriority w:val="29"/>
    <w:rsid w:val="00FC693F"/>
    <w:rPr>
      <w:i/>
      <w:iCs/>
      <w:color w:val="000000" w:themeColor="text1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Napis">
    <w:name w:val="caption"/>
    <w:basedOn w:val="Navaden"/>
    <w:next w:val="Navaden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Krepko">
    <w:name w:val="Strong"/>
    <w:basedOn w:val="Privzetapisavaodstavka"/>
    <w:uiPriority w:val="22"/>
    <w:qFormat/>
    <w:rsid w:val="00FC693F"/>
    <w:rPr>
      <w:b/>
      <w:bCs/>
    </w:rPr>
  </w:style>
  <w:style w:type="character" w:styleId="Poudarek">
    <w:name w:val="Emphasis"/>
    <w:basedOn w:val="Privzetapisavaodstavka"/>
    <w:uiPriority w:val="20"/>
    <w:qFormat/>
    <w:rsid w:val="00FC693F"/>
    <w:rPr>
      <w:i/>
      <w:iCs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FC693F"/>
    <w:rPr>
      <w:b/>
      <w:bCs/>
      <w:i/>
      <w:iCs/>
      <w:color w:val="4F81BD" w:themeColor="accent1"/>
    </w:rPr>
  </w:style>
  <w:style w:type="character" w:styleId="Neenpoudarek">
    <w:name w:val="Subtle Emphasis"/>
    <w:basedOn w:val="Privzetapisavaodstavka"/>
    <w:uiPriority w:val="19"/>
    <w:qFormat/>
    <w:rsid w:val="00FC693F"/>
    <w:rPr>
      <w:i/>
      <w:iCs/>
      <w:color w:val="808080" w:themeColor="text1" w:themeTint="7F"/>
    </w:rPr>
  </w:style>
  <w:style w:type="character" w:styleId="Intenzivenpoudarek">
    <w:name w:val="Intense Emphasis"/>
    <w:basedOn w:val="Privzetapisavaodstavka"/>
    <w:uiPriority w:val="21"/>
    <w:qFormat/>
    <w:rsid w:val="00FC693F"/>
    <w:rPr>
      <w:b/>
      <w:bCs/>
      <w:i/>
      <w:iCs/>
      <w:color w:val="4F81BD" w:themeColor="accent1"/>
    </w:rPr>
  </w:style>
  <w:style w:type="character" w:styleId="Neensklic">
    <w:name w:val="Subtle Reference"/>
    <w:basedOn w:val="Privzetapisavaodstavka"/>
    <w:uiPriority w:val="31"/>
    <w:qFormat/>
    <w:rsid w:val="00FC693F"/>
    <w:rPr>
      <w:smallCaps/>
      <w:color w:val="C0504D" w:themeColor="accent2"/>
      <w:u w:val="single"/>
    </w:rPr>
  </w:style>
  <w:style w:type="character" w:styleId="Intenzivensklic">
    <w:name w:val="Intense Reference"/>
    <w:basedOn w:val="Privzetapisavaodstavka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aslovknjige">
    <w:name w:val="Book Title"/>
    <w:basedOn w:val="Privzetapisavaodstavka"/>
    <w:uiPriority w:val="33"/>
    <w:qFormat/>
    <w:rsid w:val="00FC693F"/>
    <w:rPr>
      <w:b/>
      <w:bCs/>
      <w:smallCaps/>
      <w:spacing w:val="5"/>
    </w:rPr>
  </w:style>
  <w:style w:type="paragraph" w:styleId="NaslovTOC">
    <w:name w:val="TOC Heading"/>
    <w:basedOn w:val="Naslov1"/>
    <w:next w:val="Navaden"/>
    <w:uiPriority w:val="39"/>
    <w:semiHidden/>
    <w:unhideWhenUsed/>
    <w:qFormat/>
    <w:rsid w:val="00FC693F"/>
    <w:pPr>
      <w:outlineLvl w:val="9"/>
    </w:pPr>
  </w:style>
  <w:style w:type="table" w:styleId="Tabelamrea">
    <w:name w:val="Table Grid"/>
    <w:basedOn w:val="Navadnatabel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etlosenenje">
    <w:name w:val="Light Shading"/>
    <w:basedOn w:val="Navadnatabel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etlosenenjepoudarek1">
    <w:name w:val="Light Shading Accent 1"/>
    <w:basedOn w:val="Navadnatabel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etlosenenjepoudarek2">
    <w:name w:val="Light Shading Accent 2"/>
    <w:basedOn w:val="Navadnatabel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etlosenenjepoudarek3">
    <w:name w:val="Light Shading Accent 3"/>
    <w:basedOn w:val="Navadnatabel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etlosenenjepoudarek4">
    <w:name w:val="Light Shading Accent 4"/>
    <w:basedOn w:val="Navadnatabel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etlosenenjepoudarek5">
    <w:name w:val="Light Shading Accent 5"/>
    <w:basedOn w:val="Navadnatabel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etlosenenjepoudarek6">
    <w:name w:val="Light Shading Accent 6"/>
    <w:basedOn w:val="Navadnatabel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etelseznam">
    <w:name w:val="Light List"/>
    <w:basedOn w:val="Navadnatabel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etelseznampoudarek1">
    <w:name w:val="Light List Accent 1"/>
    <w:basedOn w:val="Navadnatabel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etelseznampoudarek2">
    <w:name w:val="Light List Accent 2"/>
    <w:basedOn w:val="Navadnatabel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etelseznampoudarek3">
    <w:name w:val="Light List Accent 3"/>
    <w:basedOn w:val="Navadnatabel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etelseznampoudarek4">
    <w:name w:val="Light List Accent 4"/>
    <w:basedOn w:val="Navadnatabel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etelseznampoudarek5">
    <w:name w:val="Light List Accent 5"/>
    <w:basedOn w:val="Navadnatabel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etelseznampoudarek6">
    <w:name w:val="Light List Accent 6"/>
    <w:basedOn w:val="Navadnatabel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etlamrea">
    <w:name w:val="Light Grid"/>
    <w:basedOn w:val="Navadnatabel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etlamreapoudarek1">
    <w:name w:val="Light Grid Accent 1"/>
    <w:basedOn w:val="Navadnatabel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etlamreapoudarek2">
    <w:name w:val="Light Grid Accent 2"/>
    <w:basedOn w:val="Navadnatabel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etlamreapoudarek3">
    <w:name w:val="Light Grid Accent 3"/>
    <w:basedOn w:val="Navadnatabel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etlamreapoudarek4">
    <w:name w:val="Light Grid Accent 4"/>
    <w:basedOn w:val="Navadnatabel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etlamreapoudarek5">
    <w:name w:val="Light Grid Accent 5"/>
    <w:basedOn w:val="Navadnatabel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etlamreapoudarek6">
    <w:name w:val="Light Grid Accent 6"/>
    <w:basedOn w:val="Navadnatabel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rednjesenenje1">
    <w:name w:val="Medium Shading 1"/>
    <w:basedOn w:val="Navadnatabel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enenje1poudarek1">
    <w:name w:val="Medium Shading 1 Accent 1"/>
    <w:basedOn w:val="Navadnatabel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enenje1poudarek2">
    <w:name w:val="Medium Shading 1 Accent 2"/>
    <w:basedOn w:val="Navadnatabel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enenje1poudarek3">
    <w:name w:val="Medium Shading 1 Accent 3"/>
    <w:basedOn w:val="Navadnatabel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enenje1poudarek4">
    <w:name w:val="Medium Shading 1 Accent 4"/>
    <w:basedOn w:val="Navadnatabel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enenje1poudarek5">
    <w:name w:val="Medium Shading 1 Accent 5"/>
    <w:basedOn w:val="Navadnatabel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enenje1poudarek6">
    <w:name w:val="Medium Shading 1 Accent 6"/>
    <w:basedOn w:val="Navadnatabel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enenje2">
    <w:name w:val="Medium Shading 2"/>
    <w:basedOn w:val="Navadnatabel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enenje2poudarek1">
    <w:name w:val="Medium Shading 2 Accent 1"/>
    <w:basedOn w:val="Navadnatabel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enenje2poudarek2">
    <w:name w:val="Medium Shading 2 Accent 2"/>
    <w:basedOn w:val="Navadnatabel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enenje2poudarek3">
    <w:name w:val="Medium Shading 2 Accent 3"/>
    <w:basedOn w:val="Navadnatabel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enenje2poudarek4">
    <w:name w:val="Medium Shading 2 Accent 4"/>
    <w:basedOn w:val="Navadnatabel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enenje2poudarek5">
    <w:name w:val="Medium Shading 2 Accent 5"/>
    <w:basedOn w:val="Navadnatabel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enenje2poudarek6">
    <w:name w:val="Medium Shading 2 Accent 6"/>
    <w:basedOn w:val="Navadnatabel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iseznam1">
    <w:name w:val="Medium List 1"/>
    <w:basedOn w:val="Navadnatabel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rednjiseznam1poudarek1">
    <w:name w:val="Medium List 1 Accent 1"/>
    <w:basedOn w:val="Navadnatabel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rednjiseznam1poudarek2">
    <w:name w:val="Medium List 1 Accent 2"/>
    <w:basedOn w:val="Navadnatabel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rednjiseznam1poudarek3">
    <w:name w:val="Medium List 1 Accent 3"/>
    <w:basedOn w:val="Navadnatabel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rednjiseznam1poudarek4">
    <w:name w:val="Medium List 1 Accent 4"/>
    <w:basedOn w:val="Navadnatabel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rednjiseznam1poudarek5">
    <w:name w:val="Medium List 1 Accent 5"/>
    <w:basedOn w:val="Navadnatabel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rednjiseznam1poudarek6">
    <w:name w:val="Medium List 1 Accent 6"/>
    <w:basedOn w:val="Navadnatabel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rednjiseznam2">
    <w:name w:val="Medium List 2"/>
    <w:basedOn w:val="Navadnatabel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seznam2poudarek1">
    <w:name w:val="Medium List 2 Accent 1"/>
    <w:basedOn w:val="Navadnatabel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seznam2poudarek2">
    <w:name w:val="Medium List 2 Accent 2"/>
    <w:basedOn w:val="Navadnatabel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seznam2poudarek3">
    <w:name w:val="Medium List 2 Accent 3"/>
    <w:basedOn w:val="Navadnatabel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seznam2poudarek4">
    <w:name w:val="Medium List 2 Accent 4"/>
    <w:basedOn w:val="Navadnatabel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seznam2poudarek5">
    <w:name w:val="Medium List 2 Accent 5"/>
    <w:basedOn w:val="Navadnatabel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seznam2poudarek6">
    <w:name w:val="Medium List 2 Accent 6"/>
    <w:basedOn w:val="Navadnatabel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amrea1">
    <w:name w:val="Medium Grid 1"/>
    <w:basedOn w:val="Navadnatabel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rednjamrea1poudarek1">
    <w:name w:val="Medium Grid 1 Accent 1"/>
    <w:basedOn w:val="Navadnatabel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rednjamrea1poudarek2">
    <w:name w:val="Medium Grid 1 Accent 2"/>
    <w:basedOn w:val="Navadnatabel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rednjamrea1poudarek3">
    <w:name w:val="Medium Grid 1 Accent 3"/>
    <w:basedOn w:val="Navadnatabel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rednjamrea1poudarek4">
    <w:name w:val="Medium Grid 1 Accent 4"/>
    <w:basedOn w:val="Navadnatabel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rednjamrea1poudarek5">
    <w:name w:val="Medium Grid 1 Accent 5"/>
    <w:basedOn w:val="Navadnatabel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rednjamrea1poudarek6">
    <w:name w:val="Medium Grid 1 Accent 6"/>
    <w:basedOn w:val="Navadnatabel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rednjamrea2">
    <w:name w:val="Medium Grid 2"/>
    <w:basedOn w:val="Navadnatabel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mrea2poudarek1">
    <w:name w:val="Medium Grid 2 Accent 1"/>
    <w:basedOn w:val="Navadnatabel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mrea2poudarek2">
    <w:name w:val="Medium Grid 2 Accent 2"/>
    <w:basedOn w:val="Navadnatabel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mrea2poudarek3">
    <w:name w:val="Medium Grid 2 Accent 3"/>
    <w:basedOn w:val="Navadnatabel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mrea2poudarek4">
    <w:name w:val="Medium Grid 2 Accent 4"/>
    <w:basedOn w:val="Navadnatabel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mrea2poudarek5">
    <w:name w:val="Medium Grid 2 Accent 5"/>
    <w:basedOn w:val="Navadnatabel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mrea2poudarek6">
    <w:name w:val="Medium Grid 2 Accent 6"/>
    <w:basedOn w:val="Navadnatabel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mrea3">
    <w:name w:val="Medium Grid 3"/>
    <w:basedOn w:val="Navadnatabel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rednjamrea3poudarek1">
    <w:name w:val="Medium Grid 3 Accent 1"/>
    <w:basedOn w:val="Navadnatabel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rednjamrea3poudarek2">
    <w:name w:val="Medium Grid 3 Accent 2"/>
    <w:basedOn w:val="Navadnatabel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rednjamrea3poudarek3">
    <w:name w:val="Medium Grid 3 Accent 3"/>
    <w:basedOn w:val="Navadnatabel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rednjamrea3poudarek4">
    <w:name w:val="Medium Grid 3 Accent 4"/>
    <w:basedOn w:val="Navadnatabel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rednjamrea3poudarek5">
    <w:name w:val="Medium Grid 3 Accent 5"/>
    <w:basedOn w:val="Navadnatabel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rednjamrea3poudarek6">
    <w:name w:val="Medium Grid 3 Accent 6"/>
    <w:basedOn w:val="Navadnatabel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emenseznam">
    <w:name w:val="Dark List"/>
    <w:basedOn w:val="Navadnatabel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emenseznampoudarek1">
    <w:name w:val="Dark List Accent 1"/>
    <w:basedOn w:val="Navadnatabel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emenseznampoudarek2">
    <w:name w:val="Dark List Accent 2"/>
    <w:basedOn w:val="Navadnatabel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emenseznampoudarek3">
    <w:name w:val="Dark List Accent 3"/>
    <w:basedOn w:val="Navadnatabel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emenseznampoudarek4">
    <w:name w:val="Dark List Accent 4"/>
    <w:basedOn w:val="Navadnatabel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emenseznampoudarek5">
    <w:name w:val="Dark List Accent 5"/>
    <w:basedOn w:val="Navadnatabel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emenseznampoudarek6">
    <w:name w:val="Dark List Accent 6"/>
    <w:basedOn w:val="Navadnatabel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Barvnosenenje">
    <w:name w:val="Colorful Shading"/>
    <w:basedOn w:val="Navadnatabel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vnosenenjepoudarek1">
    <w:name w:val="Colorful Shading Accent 1"/>
    <w:basedOn w:val="Navadnatabel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vnosenenjepoudarek2">
    <w:name w:val="Colorful Shading Accent 2"/>
    <w:basedOn w:val="Navadnatabel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vnosenenjepoudarek3">
    <w:name w:val="Colorful Shading Accent 3"/>
    <w:basedOn w:val="Navadnatabel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vnosenenjepoudarek4">
    <w:name w:val="Colorful Shading Accent 4"/>
    <w:basedOn w:val="Navadnatabel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vnosenenjepoudarek5">
    <w:name w:val="Colorful Shading Accent 5"/>
    <w:basedOn w:val="Navadnatabel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vnosenenjepoudarek6">
    <w:name w:val="Colorful Shading Accent 6"/>
    <w:basedOn w:val="Navadnatabel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vniseznam">
    <w:name w:val="Colorful List"/>
    <w:basedOn w:val="Navadnatabel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Barvniseznampoudarek1">
    <w:name w:val="Colorful List Accent 1"/>
    <w:basedOn w:val="Navadnatabel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Barvniseznampoudarek2">
    <w:name w:val="Colorful List Accent 2"/>
    <w:basedOn w:val="Navadnatabel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Barvenseznampoudarek3">
    <w:name w:val="Colorful List Accent 3"/>
    <w:basedOn w:val="Navadnatabel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Barvniseznampoudarek4">
    <w:name w:val="Colorful List Accent 4"/>
    <w:basedOn w:val="Navadnatabel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Barvniseznampoudarek5">
    <w:name w:val="Colorful List Accent 5"/>
    <w:basedOn w:val="Navadnatabel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Barvniseznampoudarek6">
    <w:name w:val="Colorful List Accent 6"/>
    <w:basedOn w:val="Navadnatabel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Barvnamrea">
    <w:name w:val="Colorful Grid"/>
    <w:basedOn w:val="Navadnatabel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Barvnamreapoudarek1">
    <w:name w:val="Colorful Grid Accent 1"/>
    <w:basedOn w:val="Navadnatabel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Barvnamreapoudarek2">
    <w:name w:val="Colorful Grid Accent 2"/>
    <w:basedOn w:val="Navadnatabel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Barvnamreapoudarek3">
    <w:name w:val="Colorful Grid Accent 3"/>
    <w:basedOn w:val="Navadnatabel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vnamreapoudarek4">
    <w:name w:val="Colorful Grid Accent 4"/>
    <w:basedOn w:val="Navadnatabel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Barvnamreapoudarek5">
    <w:name w:val="Colorful Grid Accent 5"/>
    <w:basedOn w:val="Navadnatabel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Barvnamreapoudarek6">
    <w:name w:val="Colorful Grid Accent 6"/>
    <w:basedOn w:val="Navadnatabel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Besedilooznabemesta">
    <w:name w:val="Placeholder Text"/>
    <w:basedOn w:val="Privzetapisavaodstavka"/>
    <w:uiPriority w:val="99"/>
    <w:semiHidden/>
    <w:rsid w:val="00B44005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74066055-0E99-4E49-9D3C-83DC6FB3334C}"/>
      </w:docPartPr>
      <w:docPartBody>
        <w:p w:rsidR="0088233A" w:rsidRDefault="00A62989">
          <w:r w:rsidRPr="007D4B4E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563B85EA6D374FE18DD25DBA799B09EB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8C3B5F80-62FA-42E6-9656-442CE4338836}"/>
      </w:docPartPr>
      <w:docPartBody>
        <w:p w:rsidR="0088233A" w:rsidRDefault="00A62989" w:rsidP="00A62989">
          <w:pPr>
            <w:pStyle w:val="563B85EA6D374FE18DD25DBA799B09EB"/>
          </w:pPr>
          <w:r w:rsidRPr="007D4B4E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003F452DBCF34FAB81904F2ED23891E9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BCACFD0C-33C5-4A67-BFD0-665C5EEBAC72}"/>
      </w:docPartPr>
      <w:docPartBody>
        <w:p w:rsidR="0088233A" w:rsidRDefault="00A62989" w:rsidP="00A62989">
          <w:pPr>
            <w:pStyle w:val="003F452DBCF34FAB81904F2ED23891E9"/>
          </w:pPr>
          <w:r w:rsidRPr="007D4B4E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8F48F7B66A8D48C9A7CF828E805C9A9D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BFAB5D57-1F0C-46CE-ADE6-884F508B6D37}"/>
      </w:docPartPr>
      <w:docPartBody>
        <w:p w:rsidR="0088233A" w:rsidRDefault="00A62989" w:rsidP="00A62989">
          <w:pPr>
            <w:pStyle w:val="8F48F7B66A8D48C9A7CF828E805C9A9D"/>
          </w:pPr>
          <w:r w:rsidRPr="007D4B4E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A51B0ECCDD354425A293E98B376E6F3C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CA44068F-D46E-465B-BA39-7EA9E88CEC3F}"/>
      </w:docPartPr>
      <w:docPartBody>
        <w:p w:rsidR="0088233A" w:rsidRDefault="00A62989" w:rsidP="00A62989">
          <w:pPr>
            <w:pStyle w:val="A51B0ECCDD354425A293E98B376E6F3C"/>
          </w:pPr>
          <w:r w:rsidRPr="007D4B4E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10DC0F2265274FE6A2C6B8C24027AFE7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55364961-333B-4945-9384-DCB10DF76EA1}"/>
      </w:docPartPr>
      <w:docPartBody>
        <w:p w:rsidR="0088233A" w:rsidRDefault="00A62989" w:rsidP="00A62989">
          <w:pPr>
            <w:pStyle w:val="10DC0F2265274FE6A2C6B8C24027AFE7"/>
          </w:pPr>
          <w:r w:rsidRPr="007D4B4E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E0BAE629C3CD411E9B2F89C996D3DDA7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7292C2EF-FD22-4577-96E7-78C160B73D66}"/>
      </w:docPartPr>
      <w:docPartBody>
        <w:p w:rsidR="0088233A" w:rsidRDefault="00A62989" w:rsidP="00A62989">
          <w:pPr>
            <w:pStyle w:val="E0BAE629C3CD411E9B2F89C996D3DDA7"/>
          </w:pPr>
          <w:r w:rsidRPr="007D4B4E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82FD60D412184005A3B029CD8C7DD40E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0888616F-5862-4900-89C4-87A9FF7E6B64}"/>
      </w:docPartPr>
      <w:docPartBody>
        <w:p w:rsidR="0088233A" w:rsidRDefault="00A62989" w:rsidP="00A62989">
          <w:pPr>
            <w:pStyle w:val="82FD60D412184005A3B029CD8C7DD40E"/>
          </w:pPr>
          <w:r w:rsidRPr="007D4B4E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71B6E921D2E9474297C8460019125335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D9646164-5DED-4F7D-940D-A8DB8EDC0B98}"/>
      </w:docPartPr>
      <w:docPartBody>
        <w:p w:rsidR="0088233A" w:rsidRDefault="00A62989" w:rsidP="00A62989">
          <w:pPr>
            <w:pStyle w:val="71B6E921D2E9474297C8460019125335"/>
          </w:pPr>
          <w:r w:rsidRPr="007D4B4E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D0CD9968B15C4EA6A889A7208FF810D7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114CF48B-0487-41CB-A9FB-EB9C14750DF9}"/>
      </w:docPartPr>
      <w:docPartBody>
        <w:p w:rsidR="0088233A" w:rsidRDefault="00A62989" w:rsidP="00A62989">
          <w:pPr>
            <w:pStyle w:val="D0CD9968B15C4EA6A889A7208FF810D7"/>
          </w:pPr>
          <w:r w:rsidRPr="007D4B4E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0996F0A7841F497AB594E63416180206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AE8FF031-7DFB-4A20-9B44-6F83A9FFB244}"/>
      </w:docPartPr>
      <w:docPartBody>
        <w:p w:rsidR="0088233A" w:rsidRDefault="00A62989" w:rsidP="00A62989">
          <w:pPr>
            <w:pStyle w:val="0996F0A7841F497AB594E63416180206"/>
          </w:pPr>
          <w:r w:rsidRPr="007D4B4E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1BC4BE5A760249D59B61F800E4B24305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1F83678E-3799-484C-8DC8-FE9DE1CA47C0}"/>
      </w:docPartPr>
      <w:docPartBody>
        <w:p w:rsidR="0088233A" w:rsidRDefault="00A62989" w:rsidP="00A62989">
          <w:pPr>
            <w:pStyle w:val="1BC4BE5A760249D59B61F800E4B24305"/>
          </w:pPr>
          <w:r w:rsidRPr="007D4B4E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D3B7786614454932979C62BBF93D6B7B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B628DEEF-29FD-4BA4-AB8F-671CD765158C}"/>
      </w:docPartPr>
      <w:docPartBody>
        <w:p w:rsidR="0088233A" w:rsidRDefault="00A62989" w:rsidP="00A62989">
          <w:pPr>
            <w:pStyle w:val="D3B7786614454932979C62BBF93D6B7B"/>
          </w:pPr>
          <w:r w:rsidRPr="007D4B4E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AD6846DFF15B4FBCA3119DBDA9FF0914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CBCC094D-5DB5-4FF7-8217-1AFF462E3AAE}"/>
      </w:docPartPr>
      <w:docPartBody>
        <w:p w:rsidR="0088233A" w:rsidRDefault="00A62989" w:rsidP="00A62989">
          <w:pPr>
            <w:pStyle w:val="AD6846DFF15B4FBCA3119DBDA9FF0914"/>
          </w:pPr>
          <w:r w:rsidRPr="007D4B4E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6CF3FC2BD91746C8969B1DA2CD3DB821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D8E55F11-62D8-4EC9-84C5-3FA0484B2BD0}"/>
      </w:docPartPr>
      <w:docPartBody>
        <w:p w:rsidR="0088233A" w:rsidRDefault="00A62989" w:rsidP="00A62989">
          <w:pPr>
            <w:pStyle w:val="6CF3FC2BD91746C8969B1DA2CD3DB821"/>
          </w:pPr>
          <w:r w:rsidRPr="007D4B4E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FCBFDC70678644D19EAB9C14FF494AD6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E188385E-BA5C-4DB1-A644-25B916C454C3}"/>
      </w:docPartPr>
      <w:docPartBody>
        <w:p w:rsidR="0088233A" w:rsidRDefault="00A62989" w:rsidP="00A62989">
          <w:pPr>
            <w:pStyle w:val="FCBFDC70678644D19EAB9C14FF494AD6"/>
          </w:pPr>
          <w:r w:rsidRPr="007D4B4E">
            <w:rPr>
              <w:rStyle w:val="Besedilooznabemesta"/>
            </w:rPr>
            <w:t>Kliknite ali tapnite tukaj, če želite vnesti besedilo.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2989"/>
    <w:rsid w:val="00090816"/>
    <w:rsid w:val="00340365"/>
    <w:rsid w:val="00444745"/>
    <w:rsid w:val="005C6D2C"/>
    <w:rsid w:val="005E33A5"/>
    <w:rsid w:val="0088233A"/>
    <w:rsid w:val="008D22AC"/>
    <w:rsid w:val="00951952"/>
    <w:rsid w:val="009D28D3"/>
    <w:rsid w:val="00A62989"/>
    <w:rsid w:val="00A7002E"/>
    <w:rsid w:val="00BB1E81"/>
    <w:rsid w:val="00C11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l-SI" w:eastAsia="sl-SI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Besedilooznabemesta">
    <w:name w:val="Placeholder Text"/>
    <w:basedOn w:val="Privzetapisavaodstavka"/>
    <w:uiPriority w:val="99"/>
    <w:semiHidden/>
    <w:rsid w:val="00090816"/>
    <w:rPr>
      <w:color w:val="666666"/>
    </w:rPr>
  </w:style>
  <w:style w:type="paragraph" w:customStyle="1" w:styleId="563B85EA6D374FE18DD25DBA799B09EB">
    <w:name w:val="563B85EA6D374FE18DD25DBA799B09EB"/>
    <w:rsid w:val="00A62989"/>
  </w:style>
  <w:style w:type="paragraph" w:customStyle="1" w:styleId="6BB4C41A09CD4662B634267FA7A218C4">
    <w:name w:val="6BB4C41A09CD4662B634267FA7A218C4"/>
    <w:rsid w:val="00A62989"/>
  </w:style>
  <w:style w:type="paragraph" w:customStyle="1" w:styleId="003F452DBCF34FAB81904F2ED23891E9">
    <w:name w:val="003F452DBCF34FAB81904F2ED23891E9"/>
    <w:rsid w:val="00A62989"/>
  </w:style>
  <w:style w:type="paragraph" w:customStyle="1" w:styleId="8F48F7B66A8D48C9A7CF828E805C9A9D">
    <w:name w:val="8F48F7B66A8D48C9A7CF828E805C9A9D"/>
    <w:rsid w:val="00A62989"/>
  </w:style>
  <w:style w:type="paragraph" w:customStyle="1" w:styleId="A51B0ECCDD354425A293E98B376E6F3C">
    <w:name w:val="A51B0ECCDD354425A293E98B376E6F3C"/>
    <w:rsid w:val="00A62989"/>
  </w:style>
  <w:style w:type="paragraph" w:customStyle="1" w:styleId="10DC0F2265274FE6A2C6B8C24027AFE7">
    <w:name w:val="10DC0F2265274FE6A2C6B8C24027AFE7"/>
    <w:rsid w:val="00A62989"/>
  </w:style>
  <w:style w:type="paragraph" w:customStyle="1" w:styleId="E0BAE629C3CD411E9B2F89C996D3DDA7">
    <w:name w:val="E0BAE629C3CD411E9B2F89C996D3DDA7"/>
    <w:rsid w:val="00A62989"/>
  </w:style>
  <w:style w:type="paragraph" w:customStyle="1" w:styleId="82FD60D412184005A3B029CD8C7DD40E">
    <w:name w:val="82FD60D412184005A3B029CD8C7DD40E"/>
    <w:rsid w:val="00A62989"/>
  </w:style>
  <w:style w:type="paragraph" w:customStyle="1" w:styleId="71B6E921D2E9474297C8460019125335">
    <w:name w:val="71B6E921D2E9474297C8460019125335"/>
    <w:rsid w:val="00A62989"/>
  </w:style>
  <w:style w:type="paragraph" w:customStyle="1" w:styleId="D0CD9968B15C4EA6A889A7208FF810D7">
    <w:name w:val="D0CD9968B15C4EA6A889A7208FF810D7"/>
    <w:rsid w:val="00A62989"/>
  </w:style>
  <w:style w:type="paragraph" w:customStyle="1" w:styleId="0996F0A7841F497AB594E63416180206">
    <w:name w:val="0996F0A7841F497AB594E63416180206"/>
    <w:rsid w:val="00A62989"/>
  </w:style>
  <w:style w:type="paragraph" w:customStyle="1" w:styleId="1BC4BE5A760249D59B61F800E4B24305">
    <w:name w:val="1BC4BE5A760249D59B61F800E4B24305"/>
    <w:rsid w:val="00A62989"/>
  </w:style>
  <w:style w:type="paragraph" w:customStyle="1" w:styleId="D3B7786614454932979C62BBF93D6B7B">
    <w:name w:val="D3B7786614454932979C62BBF93D6B7B"/>
    <w:rsid w:val="00A62989"/>
  </w:style>
  <w:style w:type="paragraph" w:customStyle="1" w:styleId="AD6846DFF15B4FBCA3119DBDA9FF0914">
    <w:name w:val="AD6846DFF15B4FBCA3119DBDA9FF0914"/>
    <w:rsid w:val="00A62989"/>
  </w:style>
  <w:style w:type="paragraph" w:customStyle="1" w:styleId="0BBF59C8CCD84F28BCC0CCCE1F4C1F74">
    <w:name w:val="0BBF59C8CCD84F28BCC0CCCE1F4C1F74"/>
    <w:rsid w:val="00A62989"/>
  </w:style>
  <w:style w:type="paragraph" w:customStyle="1" w:styleId="6DF6AFBFB183464FA73155F3C59241C4">
    <w:name w:val="6DF6AFBFB183464FA73155F3C59241C4"/>
    <w:rsid w:val="00A62989"/>
  </w:style>
  <w:style w:type="paragraph" w:customStyle="1" w:styleId="0D365A97E47B466FAD05817A43CF9D7C">
    <w:name w:val="0D365A97E47B466FAD05817A43CF9D7C"/>
    <w:rsid w:val="00A62989"/>
  </w:style>
  <w:style w:type="paragraph" w:customStyle="1" w:styleId="6CF3FC2BD91746C8969B1DA2CD3DB821">
    <w:name w:val="6CF3FC2BD91746C8969B1DA2CD3DB821"/>
    <w:rsid w:val="00A62989"/>
  </w:style>
  <w:style w:type="paragraph" w:customStyle="1" w:styleId="FCBFDC70678644D19EAB9C14FF494AD6">
    <w:name w:val="FCBFDC70678644D19EAB9C14FF494AD6"/>
    <w:rsid w:val="00A62989"/>
  </w:style>
  <w:style w:type="paragraph" w:customStyle="1" w:styleId="D8629B1AD3E146E8A0D68D5FE91E9BA6">
    <w:name w:val="D8629B1AD3E146E8A0D68D5FE91E9BA6"/>
    <w:rsid w:val="0009081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474</Words>
  <Characters>2705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3173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Igor Börc</cp:lastModifiedBy>
  <cp:revision>12</cp:revision>
  <dcterms:created xsi:type="dcterms:W3CDTF">2026-08-06T08:31:00Z</dcterms:created>
  <dcterms:modified xsi:type="dcterms:W3CDTF">2026-08-24T12:13:00Z</dcterms:modified>
  <cp:category/>
</cp:coreProperties>
</file>